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1658" w14:textId="672593ED" w:rsidR="00E936D8" w:rsidRPr="00BC203C" w:rsidRDefault="00E936D8">
      <w:pPr>
        <w:spacing w:after="100"/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3053"/>
        <w:gridCol w:w="2333"/>
        <w:gridCol w:w="2333"/>
      </w:tblGrid>
      <w:tr w:rsidR="00E936D8" w:rsidRPr="00BC203C" w14:paraId="2864D6B2" w14:textId="77777777" w:rsidTr="00BC203C">
        <w:trPr>
          <w:tblHeader/>
          <w:jc w:val="center"/>
        </w:trPr>
        <w:tc>
          <w:tcPr>
            <w:tcW w:w="1728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02F1EE" w14:textId="77777777" w:rsidR="00E936D8" w:rsidRPr="001546D1" w:rsidRDefault="00094951" w:rsidP="001546D1">
            <w:pPr>
              <w:pStyle w:val="Heading1"/>
            </w:pPr>
            <w:r w:rsidRPr="001546D1">
              <w:t>Week</w:t>
            </w:r>
          </w:p>
        </w:tc>
        <w:tc>
          <w:tcPr>
            <w:tcW w:w="1728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0807A2" w14:textId="77777777" w:rsidR="00E936D8" w:rsidRPr="001546D1" w:rsidRDefault="00094951" w:rsidP="001546D1">
            <w:pPr>
              <w:pStyle w:val="Heading1"/>
            </w:pPr>
            <w:r w:rsidRPr="001546D1">
              <w:t>Goals</w:t>
            </w:r>
          </w:p>
        </w:tc>
        <w:tc>
          <w:tcPr>
            <w:tcW w:w="1728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019B955" w14:textId="77777777" w:rsidR="00E936D8" w:rsidRPr="001546D1" w:rsidRDefault="00094951" w:rsidP="001546D1">
            <w:pPr>
              <w:pStyle w:val="Heading1"/>
            </w:pPr>
            <w:r w:rsidRPr="001546D1">
              <w:t>ADLs</w:t>
            </w:r>
          </w:p>
        </w:tc>
        <w:tc>
          <w:tcPr>
            <w:tcW w:w="3053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E79F6F" w14:textId="77777777" w:rsidR="00E936D8" w:rsidRPr="001546D1" w:rsidRDefault="00094951" w:rsidP="001546D1">
            <w:pPr>
              <w:pStyle w:val="Heading1"/>
            </w:pPr>
            <w:r w:rsidRPr="001546D1">
              <w:t>Exercises</w:t>
            </w:r>
          </w:p>
        </w:tc>
        <w:tc>
          <w:tcPr>
            <w:tcW w:w="2333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DC4FF3" w14:textId="77777777" w:rsidR="00E936D8" w:rsidRPr="001546D1" w:rsidRDefault="00094951" w:rsidP="001546D1">
            <w:pPr>
              <w:pStyle w:val="Heading1"/>
            </w:pPr>
            <w:r w:rsidRPr="001546D1">
              <w:t>Precautions</w:t>
            </w:r>
          </w:p>
        </w:tc>
        <w:tc>
          <w:tcPr>
            <w:tcW w:w="2333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F3F0AD" w14:textId="77777777" w:rsidR="00E936D8" w:rsidRPr="001546D1" w:rsidRDefault="00094951" w:rsidP="001546D1">
            <w:pPr>
              <w:pStyle w:val="Heading1"/>
            </w:pPr>
            <w:r w:rsidRPr="001546D1">
              <w:t>Exit criteria</w:t>
            </w:r>
          </w:p>
        </w:tc>
      </w:tr>
      <w:tr w:rsidR="00E936D8" w:rsidRPr="00BC203C" w14:paraId="25178DC0" w14:textId="77777777" w:rsidTr="00BC203C">
        <w:trPr>
          <w:cantSplit/>
          <w:jc w:val="center"/>
        </w:trPr>
        <w:tc>
          <w:tcPr>
            <w:tcW w:w="12903" w:type="dxa"/>
            <w:gridSpan w:val="6"/>
            <w:shd w:val="clear" w:color="auto" w:fill="EDEDED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F8D26D5" w14:textId="77777777" w:rsidR="00E936D8" w:rsidRPr="001546D1" w:rsidRDefault="00094951" w:rsidP="001546D1">
            <w:pPr>
              <w:pStyle w:val="Heading1"/>
            </w:pPr>
            <w:r w:rsidRPr="001546D1">
              <w:t>Phase 1</w:t>
            </w:r>
          </w:p>
        </w:tc>
      </w:tr>
      <w:tr w:rsidR="00E936D8" w:rsidRPr="00BC203C" w14:paraId="0031FE68" w14:textId="77777777" w:rsidTr="00BC203C">
        <w:trPr>
          <w:cantSplit/>
          <w:jc w:val="center"/>
        </w:trPr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3A5C676" w14:textId="77777777" w:rsidR="00E936D8" w:rsidRPr="00BC203C" w:rsidRDefault="00094951" w:rsidP="001546D1">
            <w:r w:rsidRPr="00BC203C">
              <w:t>Week 1</w:t>
            </w:r>
          </w:p>
        </w:tc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9BB49D3" w14:textId="77777777" w:rsidR="00E936D8" w:rsidRPr="00BC203C" w:rsidRDefault="00094951" w:rsidP="001546D1">
            <w:r w:rsidRPr="00BC203C">
              <w:t>Manage pain, swelling, and wound healing</w:t>
            </w:r>
          </w:p>
        </w:tc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10BFCE5" w14:textId="03A9A3AD" w:rsidR="00E936D8" w:rsidRPr="00BC203C" w:rsidRDefault="00BC203C" w:rsidP="001546D1">
            <w:r>
              <w:t>Complete r</w:t>
            </w:r>
            <w:r w:rsidR="00094951" w:rsidRPr="00BC203C">
              <w:t>est</w:t>
            </w:r>
            <w:r>
              <w:t xml:space="preserve">, lay horizontal, </w:t>
            </w:r>
            <w:r w:rsidR="00094951" w:rsidRPr="00BC203C">
              <w:t xml:space="preserve">walking </w:t>
            </w:r>
            <w:r w:rsidR="00094951" w:rsidRPr="00BC203C">
              <w:t>in home</w:t>
            </w:r>
            <w:r>
              <w:t>, some stairs</w:t>
            </w:r>
            <w:r w:rsidR="00094951" w:rsidRPr="00BC203C">
              <w:t>.</w:t>
            </w:r>
          </w:p>
        </w:tc>
        <w:tc>
          <w:tcPr>
            <w:tcW w:w="305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3F19D7B" w14:textId="77777777" w:rsidR="00E936D8" w:rsidRPr="00BC203C" w:rsidRDefault="00094951" w:rsidP="001546D1">
            <w:r w:rsidRPr="00BC203C">
              <w:t>Diaphragmatic breathing and lateral costal breathing in crook lying and 4-point kneeling, 3–5 breaths, 3 sets, 3×/day.</w:t>
            </w:r>
          </w:p>
          <w:p w14:paraId="27334BAE" w14:textId="77777777" w:rsidR="00E936D8" w:rsidRPr="00BC203C" w:rsidRDefault="00094951" w:rsidP="001546D1">
            <w:r w:rsidRPr="00BC203C">
              <w:t>Ankle pumping: 10 × 3 sets, 3×/day.</w:t>
            </w:r>
          </w:p>
        </w:tc>
        <w:tc>
          <w:tcPr>
            <w:tcW w:w="233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5EB28E6" w14:textId="23A99DB6" w:rsidR="00E936D8" w:rsidRPr="00BC203C" w:rsidRDefault="00094951" w:rsidP="001546D1">
            <w:r w:rsidRPr="00BC203C">
              <w:t>No school</w:t>
            </w:r>
            <w:r w:rsidRPr="00BC203C">
              <w:t xml:space="preserve"> 2 weeks post-op</w:t>
            </w:r>
          </w:p>
          <w:p w14:paraId="598D05D3" w14:textId="77777777" w:rsidR="00E936D8" w:rsidRPr="00BC203C" w:rsidRDefault="00094951" w:rsidP="001546D1">
            <w:r w:rsidRPr="00BC203C">
              <w:t>No bicycle</w:t>
            </w:r>
          </w:p>
          <w:p w14:paraId="12255CAD" w14:textId="77777777" w:rsidR="00E936D8" w:rsidRPr="00BC203C" w:rsidRDefault="00094951" w:rsidP="001546D1">
            <w:r w:rsidRPr="00BC203C">
              <w:t>No outside work</w:t>
            </w:r>
          </w:p>
          <w:p w14:paraId="3E611757" w14:textId="77777777" w:rsidR="00E936D8" w:rsidRPr="00BC203C" w:rsidRDefault="00094951" w:rsidP="001546D1">
            <w:r w:rsidRPr="00BC203C">
              <w:t>Infection</w:t>
            </w:r>
          </w:p>
          <w:p w14:paraId="2DC92AD1" w14:textId="77777777" w:rsidR="00E936D8" w:rsidRPr="00BC203C" w:rsidRDefault="00094951" w:rsidP="001546D1">
            <w:r w:rsidRPr="00BC203C">
              <w:t>Light-headed</w:t>
            </w:r>
          </w:p>
          <w:p w14:paraId="197C4EF9" w14:textId="28325D1A" w:rsidR="00E936D8" w:rsidRPr="00BC203C" w:rsidRDefault="00094951" w:rsidP="001546D1">
            <w:r w:rsidRPr="00BC203C">
              <w:t xml:space="preserve">Pain and </w:t>
            </w:r>
            <w:r w:rsidR="00BC203C" w:rsidRPr="00BC203C">
              <w:t>oedema</w:t>
            </w:r>
          </w:p>
          <w:p w14:paraId="50EE5F07" w14:textId="77777777" w:rsidR="00E936D8" w:rsidRPr="00BC203C" w:rsidRDefault="00094951" w:rsidP="001546D1">
            <w:r w:rsidRPr="00BC203C">
              <w:t>Cough, sneeze</w:t>
            </w:r>
          </w:p>
          <w:p w14:paraId="63C06EB3" w14:textId="77777777" w:rsidR="00E936D8" w:rsidRPr="00BC203C" w:rsidRDefault="00094951" w:rsidP="001546D1">
            <w:r w:rsidRPr="00BC203C">
              <w:t>Fatigue</w:t>
            </w:r>
          </w:p>
          <w:p w14:paraId="6863BD17" w14:textId="77777777" w:rsidR="00E936D8" w:rsidRPr="00BC203C" w:rsidRDefault="00094951" w:rsidP="001546D1">
            <w:r w:rsidRPr="00BC203C">
              <w:t>Elevated blood pressure</w:t>
            </w:r>
          </w:p>
          <w:p w14:paraId="555A030E" w14:textId="77777777" w:rsidR="00E936D8" w:rsidRPr="00BC203C" w:rsidRDefault="00094951" w:rsidP="001546D1">
            <w:r w:rsidRPr="00BC203C">
              <w:t>Bleeding, haematoma</w:t>
            </w:r>
          </w:p>
          <w:p w14:paraId="793418E8" w14:textId="77777777" w:rsidR="00E936D8" w:rsidRPr="00BC203C" w:rsidRDefault="00094951" w:rsidP="001546D1">
            <w:r w:rsidRPr="00BC203C">
              <w:t>Heavy lifting</w:t>
            </w:r>
          </w:p>
          <w:p w14:paraId="5EAC80E7" w14:textId="77777777" w:rsidR="00E936D8" w:rsidRPr="00BC203C" w:rsidRDefault="00094951" w:rsidP="001546D1">
            <w:r w:rsidRPr="00BC203C">
              <w:t>Valsalva</w:t>
            </w:r>
          </w:p>
          <w:p w14:paraId="1ADA0B3E" w14:textId="77777777" w:rsidR="00E936D8" w:rsidRPr="00BC203C" w:rsidRDefault="00094951" w:rsidP="001546D1">
            <w:r w:rsidRPr="00BC203C">
              <w:t>ROM (hip ≤ 90°)</w:t>
            </w:r>
          </w:p>
        </w:tc>
        <w:tc>
          <w:tcPr>
            <w:tcW w:w="233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9EDFD86" w14:textId="77777777" w:rsidR="00E936D8" w:rsidRPr="00BC203C" w:rsidRDefault="00094951" w:rsidP="001546D1">
            <w:r w:rsidRPr="00BC203C">
              <w:t>2 weeks post-op</w:t>
            </w:r>
          </w:p>
          <w:p w14:paraId="7A23D9C3" w14:textId="77777777" w:rsidR="00E936D8" w:rsidRPr="00BC203C" w:rsidRDefault="00094951" w:rsidP="001546D1">
            <w:r w:rsidRPr="00BC203C">
              <w:t>Wound healing adequate</w:t>
            </w:r>
          </w:p>
          <w:p w14:paraId="4C66171C" w14:textId="77777777" w:rsidR="00E936D8" w:rsidRPr="00BC203C" w:rsidRDefault="00094951" w:rsidP="001546D1">
            <w:r w:rsidRPr="00BC203C">
              <w:t>Infection absent</w:t>
            </w:r>
          </w:p>
          <w:p w14:paraId="03915E06" w14:textId="183BE555" w:rsidR="00E936D8" w:rsidRPr="00BC203C" w:rsidRDefault="00094951" w:rsidP="001546D1">
            <w:r w:rsidRPr="00BC203C">
              <w:t xml:space="preserve">Pain and </w:t>
            </w:r>
            <w:r w:rsidR="00BC203C" w:rsidRPr="00BC203C">
              <w:t>oedema</w:t>
            </w:r>
            <w:r w:rsidRPr="00BC203C">
              <w:t xml:space="preserve"> managed</w:t>
            </w:r>
          </w:p>
          <w:p w14:paraId="7AD0BF47" w14:textId="1B58557C" w:rsidR="00E936D8" w:rsidRPr="00BC203C" w:rsidRDefault="00094951" w:rsidP="001546D1">
            <w:r w:rsidRPr="00BC203C">
              <w:t xml:space="preserve">Full </w:t>
            </w:r>
            <w:r w:rsidR="00BC203C">
              <w:t>weight bearing</w:t>
            </w:r>
          </w:p>
          <w:p w14:paraId="3547025A" w14:textId="77777777" w:rsidR="00E936D8" w:rsidRPr="00BC203C" w:rsidRDefault="00094951" w:rsidP="001546D1">
            <w:r w:rsidRPr="00BC203C">
              <w:t>Successful ADLs</w:t>
            </w:r>
          </w:p>
        </w:tc>
      </w:tr>
    </w:tbl>
    <w:p w14:paraId="450B201A" w14:textId="77777777" w:rsidR="00BC203C" w:rsidRDefault="00BC203C"/>
    <w:p w14:paraId="3739D855" w14:textId="77777777" w:rsidR="00BC203C" w:rsidRDefault="00BC203C">
      <w:r>
        <w:br w:type="page"/>
      </w:r>
    </w:p>
    <w:p w14:paraId="14AF4EDD" w14:textId="588DEBFD" w:rsidR="00BC203C" w:rsidRDefault="00BC203C" w:rsidP="00BC203C">
      <w:pPr>
        <w:spacing w:after="100"/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3053"/>
        <w:gridCol w:w="2333"/>
        <w:gridCol w:w="2333"/>
      </w:tblGrid>
      <w:tr w:rsidR="00BC203C" w:rsidRPr="00BC203C" w14:paraId="0B5FBF76" w14:textId="77777777" w:rsidTr="00BC203C">
        <w:trPr>
          <w:tblHeader/>
          <w:jc w:val="center"/>
        </w:trPr>
        <w:tc>
          <w:tcPr>
            <w:tcW w:w="1728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12D0A5F" w14:textId="77777777" w:rsidR="00BC203C" w:rsidRPr="001546D1" w:rsidRDefault="00BC203C" w:rsidP="001546D1">
            <w:pPr>
              <w:pStyle w:val="Heading1"/>
            </w:pPr>
            <w:r w:rsidRPr="001546D1">
              <w:t>Week</w:t>
            </w:r>
          </w:p>
        </w:tc>
        <w:tc>
          <w:tcPr>
            <w:tcW w:w="1728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F3C203" w14:textId="77777777" w:rsidR="00BC203C" w:rsidRPr="001546D1" w:rsidRDefault="00BC203C" w:rsidP="001546D1">
            <w:pPr>
              <w:pStyle w:val="Heading1"/>
            </w:pPr>
            <w:r w:rsidRPr="001546D1">
              <w:t>Goals</w:t>
            </w:r>
          </w:p>
        </w:tc>
        <w:tc>
          <w:tcPr>
            <w:tcW w:w="1728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66F5AF" w14:textId="77777777" w:rsidR="00BC203C" w:rsidRPr="001546D1" w:rsidRDefault="00BC203C" w:rsidP="001546D1">
            <w:pPr>
              <w:pStyle w:val="Heading1"/>
            </w:pPr>
            <w:r w:rsidRPr="001546D1">
              <w:t>ADLs</w:t>
            </w:r>
          </w:p>
        </w:tc>
        <w:tc>
          <w:tcPr>
            <w:tcW w:w="3053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EC1982" w14:textId="77777777" w:rsidR="00BC203C" w:rsidRPr="001546D1" w:rsidRDefault="00BC203C" w:rsidP="001546D1">
            <w:pPr>
              <w:pStyle w:val="Heading1"/>
            </w:pPr>
            <w:r w:rsidRPr="001546D1">
              <w:t>Exercises</w:t>
            </w:r>
          </w:p>
        </w:tc>
        <w:tc>
          <w:tcPr>
            <w:tcW w:w="2333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9B6F62" w14:textId="77777777" w:rsidR="00BC203C" w:rsidRPr="001546D1" w:rsidRDefault="00BC203C" w:rsidP="001546D1">
            <w:pPr>
              <w:pStyle w:val="Heading1"/>
            </w:pPr>
            <w:r w:rsidRPr="001546D1">
              <w:t>Precautions</w:t>
            </w:r>
          </w:p>
        </w:tc>
        <w:tc>
          <w:tcPr>
            <w:tcW w:w="2333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0CF6AB" w14:textId="77777777" w:rsidR="00BC203C" w:rsidRPr="001546D1" w:rsidRDefault="00BC203C" w:rsidP="001546D1">
            <w:pPr>
              <w:pStyle w:val="Heading1"/>
            </w:pPr>
            <w:r w:rsidRPr="001546D1">
              <w:t>Exit criteria</w:t>
            </w:r>
          </w:p>
        </w:tc>
      </w:tr>
      <w:tr w:rsidR="00BC203C" w:rsidRPr="00BC203C" w14:paraId="38209258" w14:textId="77777777" w:rsidTr="00BC203C">
        <w:trPr>
          <w:cantSplit/>
          <w:jc w:val="center"/>
        </w:trPr>
        <w:tc>
          <w:tcPr>
            <w:tcW w:w="12903" w:type="dxa"/>
            <w:gridSpan w:val="6"/>
            <w:shd w:val="clear" w:color="auto" w:fill="EDEDED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CF2C29A" w14:textId="77777777" w:rsidR="00BC203C" w:rsidRPr="001546D1" w:rsidRDefault="00BC203C" w:rsidP="001546D1">
            <w:pPr>
              <w:pStyle w:val="Heading1"/>
            </w:pPr>
            <w:r w:rsidRPr="001546D1">
              <w:t>Phase 2</w:t>
            </w:r>
          </w:p>
        </w:tc>
      </w:tr>
      <w:tr w:rsidR="00BC203C" w:rsidRPr="00BC203C" w14:paraId="048DA3A6" w14:textId="77777777" w:rsidTr="00BC203C">
        <w:trPr>
          <w:cantSplit/>
          <w:jc w:val="center"/>
        </w:trPr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49B124F" w14:textId="77777777" w:rsidR="00BC203C" w:rsidRPr="00BC203C" w:rsidRDefault="00BC203C" w:rsidP="001546D1">
            <w:r w:rsidRPr="00BC203C">
              <w:t>Week 3</w:t>
            </w:r>
          </w:p>
        </w:tc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C1A4075" w14:textId="77777777" w:rsidR="00BC203C" w:rsidRPr="00BC203C" w:rsidRDefault="00BC203C" w:rsidP="001546D1">
            <w:r w:rsidRPr="00BC203C">
              <w:t>Improve walking tolerance</w:t>
            </w:r>
          </w:p>
          <w:p w14:paraId="7627A796" w14:textId="77777777" w:rsidR="00BC203C" w:rsidRPr="00BC203C" w:rsidRDefault="00BC203C" w:rsidP="001546D1">
            <w:r w:rsidRPr="00BC203C">
              <w:t>Walk around neighbourhood</w:t>
            </w:r>
          </w:p>
          <w:p w14:paraId="6A551296" w14:textId="77777777" w:rsidR="00BC203C" w:rsidRPr="00BC203C" w:rsidRDefault="00BC203C" w:rsidP="001546D1">
            <w:r w:rsidRPr="00BC203C">
              <w:t>Stairs</w:t>
            </w:r>
          </w:p>
          <w:p w14:paraId="5CB6F050" w14:textId="77777777" w:rsidR="00BC203C" w:rsidRPr="00BC203C" w:rsidRDefault="00BC203C" w:rsidP="001546D1">
            <w:r w:rsidRPr="00BC203C">
              <w:t>Return to ADLs</w:t>
            </w:r>
          </w:p>
          <w:p w14:paraId="712E1583" w14:textId="77777777" w:rsidR="00BC203C" w:rsidRPr="00BC203C" w:rsidRDefault="00BC203C" w:rsidP="001546D1">
            <w:r w:rsidRPr="00BC203C">
              <w:t>Return to school/work</w:t>
            </w:r>
          </w:p>
        </w:tc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FFC2460" w14:textId="77777777" w:rsidR="00BC203C" w:rsidRPr="00BC203C" w:rsidRDefault="00BC203C" w:rsidP="001546D1">
            <w:r w:rsidRPr="00BC203C">
              <w:t>Resume school and socialising outside the house.</w:t>
            </w:r>
          </w:p>
          <w:p w14:paraId="570C2C00" w14:textId="77777777" w:rsidR="00BC203C" w:rsidRPr="00BC203C" w:rsidRDefault="00BC203C" w:rsidP="001546D1">
            <w:r w:rsidRPr="00BC203C">
              <w:t>Walking activities encouraged.</w:t>
            </w:r>
          </w:p>
        </w:tc>
        <w:tc>
          <w:tcPr>
            <w:tcW w:w="305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900CD87" w14:textId="77777777" w:rsidR="00BC203C" w:rsidRPr="00BC203C" w:rsidRDefault="00BC203C" w:rsidP="001546D1">
            <w:r w:rsidRPr="00BC203C">
              <w:t>Light walking around the neighbourhood up to 20 min</w:t>
            </w:r>
          </w:p>
          <w:p w14:paraId="7ED95921" w14:textId="77777777" w:rsidR="00BC203C" w:rsidRPr="00BC203C" w:rsidRDefault="00BC203C" w:rsidP="001546D1">
            <w:r w:rsidRPr="00BC203C">
              <w:t>Normalise gait pattern on the stairs</w:t>
            </w:r>
          </w:p>
          <w:p w14:paraId="733D43D1" w14:textId="77777777" w:rsidR="00BC203C" w:rsidRPr="00BC203C" w:rsidRDefault="00BC203C" w:rsidP="001546D1">
            <w:r w:rsidRPr="00BC203C">
              <w:t>AROM in supine</w:t>
            </w:r>
          </w:p>
          <w:p w14:paraId="105F9A72" w14:textId="77777777" w:rsidR="00BC203C" w:rsidRPr="00BC203C" w:rsidRDefault="00BC203C" w:rsidP="001546D1">
            <w:r w:rsidRPr="00BC203C">
              <w:t>Breathing exercises continued</w:t>
            </w:r>
          </w:p>
          <w:p w14:paraId="3EB4C215" w14:textId="77777777" w:rsidR="00BC203C" w:rsidRPr="00BC203C" w:rsidRDefault="00BC203C" w:rsidP="001546D1">
            <w:r w:rsidRPr="00BC203C">
              <w:t>Scar work</w:t>
            </w:r>
            <w:r>
              <w:t>, gentle self-massage</w:t>
            </w:r>
          </w:p>
        </w:tc>
        <w:tc>
          <w:tcPr>
            <w:tcW w:w="233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868216" w14:textId="77777777" w:rsidR="00BC203C" w:rsidRPr="00BC203C" w:rsidRDefault="00BC203C" w:rsidP="001546D1">
            <w:r w:rsidRPr="00BC203C">
              <w:t>No isometric exercises</w:t>
            </w:r>
          </w:p>
          <w:p w14:paraId="3E395365" w14:textId="77777777" w:rsidR="00BC203C" w:rsidRPr="00BC203C" w:rsidRDefault="00BC203C" w:rsidP="001546D1">
            <w:r w:rsidRPr="00BC203C">
              <w:t>Continue to monitor incision</w:t>
            </w:r>
          </w:p>
          <w:p w14:paraId="38411585" w14:textId="77777777" w:rsidR="00BC203C" w:rsidRPr="00BC203C" w:rsidRDefault="00BC203C" w:rsidP="001546D1">
            <w:r w:rsidRPr="00BC203C">
              <w:t>No elevation of blood pressure</w:t>
            </w:r>
          </w:p>
          <w:p w14:paraId="33E36243" w14:textId="77777777" w:rsidR="00BC203C" w:rsidRPr="00BC203C" w:rsidRDefault="00BC203C" w:rsidP="001546D1">
            <w:r w:rsidRPr="00BC203C">
              <w:t>No lifting or carrying</w:t>
            </w:r>
          </w:p>
          <w:p w14:paraId="353D811A" w14:textId="77777777" w:rsidR="00BC203C" w:rsidRPr="00BC203C" w:rsidRDefault="00BC203C" w:rsidP="001546D1">
            <w:r w:rsidRPr="00BC203C">
              <w:t>No Valsalva</w:t>
            </w:r>
          </w:p>
          <w:p w14:paraId="138E9758" w14:textId="77777777" w:rsidR="00BC203C" w:rsidRPr="00BC203C" w:rsidRDefault="00BC203C" w:rsidP="001546D1">
            <w:r w:rsidRPr="00BC203C">
              <w:t>No hip ROM past 90° flexion</w:t>
            </w:r>
            <w:r>
              <w:t>, rotation ok</w:t>
            </w:r>
          </w:p>
        </w:tc>
        <w:tc>
          <w:tcPr>
            <w:tcW w:w="233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050B6BA" w14:textId="77777777" w:rsidR="00BC203C" w:rsidRPr="00BC203C" w:rsidRDefault="00BC203C" w:rsidP="001546D1">
            <w:r w:rsidRPr="00BC203C">
              <w:t>Incision healing well</w:t>
            </w:r>
          </w:p>
          <w:p w14:paraId="35D59556" w14:textId="77777777" w:rsidR="00BC203C" w:rsidRDefault="00BC203C" w:rsidP="001546D1">
            <w:r w:rsidRPr="00BC203C">
              <w:t>Normal gait pattern on stairs and walking</w:t>
            </w:r>
          </w:p>
          <w:p w14:paraId="137EDA69" w14:textId="167AEA47" w:rsidR="00B67529" w:rsidRPr="00BC203C" w:rsidRDefault="00B67529" w:rsidP="001546D1">
            <w:r>
              <w:t>Adequate energy balance</w:t>
            </w:r>
          </w:p>
        </w:tc>
      </w:tr>
      <w:tr w:rsidR="00BC203C" w:rsidRPr="00BC203C" w14:paraId="1F989D52" w14:textId="77777777" w:rsidTr="00BC203C">
        <w:trPr>
          <w:cantSplit/>
          <w:jc w:val="center"/>
        </w:trPr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8CBBEF1" w14:textId="77777777" w:rsidR="00BC203C" w:rsidRPr="00BC203C" w:rsidRDefault="00BC203C" w:rsidP="001546D1">
            <w:r w:rsidRPr="00BC203C">
              <w:t>Week 4</w:t>
            </w:r>
          </w:p>
        </w:tc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B6900C3" w14:textId="77777777" w:rsidR="00BC203C" w:rsidRPr="00BC203C" w:rsidRDefault="00BC203C" w:rsidP="001546D1">
            <w:r w:rsidRPr="00BC203C">
              <w:t>As above</w:t>
            </w:r>
          </w:p>
        </w:tc>
        <w:tc>
          <w:tcPr>
            <w:tcW w:w="17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64F112F" w14:textId="77777777" w:rsidR="00BC203C" w:rsidRPr="00BC203C" w:rsidRDefault="00BC203C" w:rsidP="001546D1">
            <w:r w:rsidRPr="00BC203C">
              <w:t>As above</w:t>
            </w:r>
          </w:p>
        </w:tc>
        <w:tc>
          <w:tcPr>
            <w:tcW w:w="305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DF70E42" w14:textId="77777777" w:rsidR="00BC203C" w:rsidRDefault="00BC203C" w:rsidP="001546D1">
            <w:r w:rsidRPr="00BC203C">
              <w:t>Begin isometric quad, hamstring, adductor, and glute exercises</w:t>
            </w:r>
          </w:p>
          <w:p w14:paraId="5EF83FAD" w14:textId="77777777" w:rsidR="000671BA" w:rsidRDefault="000671BA" w:rsidP="001546D1"/>
          <w:p w14:paraId="7252F177" w14:textId="23601802" w:rsidR="000671BA" w:rsidRPr="00BC203C" w:rsidRDefault="000671BA" w:rsidP="001546D1">
            <w:r>
              <w:t>Light walking up to 30 min</w:t>
            </w:r>
          </w:p>
        </w:tc>
        <w:tc>
          <w:tcPr>
            <w:tcW w:w="233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30667AD" w14:textId="77777777" w:rsidR="00BC203C" w:rsidRPr="00BC203C" w:rsidRDefault="00BC203C" w:rsidP="001546D1">
            <w:r>
              <w:t>As above, minus isometrics</w:t>
            </w:r>
          </w:p>
        </w:tc>
        <w:tc>
          <w:tcPr>
            <w:tcW w:w="2333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39A4AED" w14:textId="77777777" w:rsidR="00BC203C" w:rsidRDefault="00BC203C" w:rsidP="001546D1">
            <w:r w:rsidRPr="00BC203C">
              <w:t>Adequate isometric muscle activation on demand</w:t>
            </w:r>
          </w:p>
          <w:p w14:paraId="57C44504" w14:textId="38E37CF6" w:rsidR="00B67529" w:rsidRPr="00BC203C" w:rsidRDefault="00B67529" w:rsidP="001546D1">
            <w:r>
              <w:t>Comfortable light walking and stairs up &amp; down</w:t>
            </w:r>
          </w:p>
        </w:tc>
      </w:tr>
    </w:tbl>
    <w:p w14:paraId="071638B6" w14:textId="56DB5432" w:rsidR="00E936D8" w:rsidRPr="00BC203C" w:rsidRDefault="00094951">
      <w:r w:rsidRPr="00BC203C">
        <w:br w:type="page"/>
      </w:r>
    </w:p>
    <w:p w14:paraId="4B3F3644" w14:textId="57A32479" w:rsidR="00BC203C" w:rsidRPr="00BC203C" w:rsidRDefault="00BC203C" w:rsidP="00BC203C">
      <w:pPr>
        <w:spacing w:after="100"/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4"/>
        <w:gridCol w:w="2074"/>
        <w:gridCol w:w="3960"/>
        <w:gridCol w:w="2664"/>
        <w:gridCol w:w="2664"/>
      </w:tblGrid>
      <w:tr w:rsidR="00E936D8" w:rsidRPr="00BC203C" w14:paraId="04BEDAFA" w14:textId="77777777">
        <w:trPr>
          <w:tblHeader/>
          <w:jc w:val="center"/>
        </w:trPr>
        <w:tc>
          <w:tcPr>
            <w:tcW w:w="979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43250B" w14:textId="77777777" w:rsidR="00E936D8" w:rsidRPr="001546D1" w:rsidRDefault="00094951" w:rsidP="001546D1">
            <w:pPr>
              <w:pStyle w:val="Heading1"/>
            </w:pPr>
            <w:r w:rsidRPr="001546D1">
              <w:t>Week</w:t>
            </w:r>
          </w:p>
        </w:tc>
        <w:tc>
          <w:tcPr>
            <w:tcW w:w="194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F0E572" w14:textId="77777777" w:rsidR="00E936D8" w:rsidRPr="001546D1" w:rsidRDefault="00094951" w:rsidP="001546D1">
            <w:pPr>
              <w:pStyle w:val="Heading1"/>
            </w:pPr>
            <w:r w:rsidRPr="001546D1">
              <w:t>Goals</w:t>
            </w:r>
          </w:p>
        </w:tc>
        <w:tc>
          <w:tcPr>
            <w:tcW w:w="3960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9F2712" w14:textId="77777777" w:rsidR="00E936D8" w:rsidRPr="001546D1" w:rsidRDefault="00094951" w:rsidP="001546D1">
            <w:pPr>
              <w:pStyle w:val="Heading1"/>
            </w:pPr>
            <w:r w:rsidRPr="001546D1">
              <w:t>Exercises</w:t>
            </w:r>
          </w:p>
        </w:tc>
        <w:tc>
          <w:tcPr>
            <w:tcW w:w="266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AAC3AB" w14:textId="77777777" w:rsidR="00E936D8" w:rsidRPr="001546D1" w:rsidRDefault="00094951" w:rsidP="001546D1">
            <w:pPr>
              <w:pStyle w:val="Heading1"/>
            </w:pPr>
            <w:r w:rsidRPr="001546D1">
              <w:t>Precautions</w:t>
            </w:r>
          </w:p>
        </w:tc>
        <w:tc>
          <w:tcPr>
            <w:tcW w:w="266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62140C7" w14:textId="77777777" w:rsidR="00E936D8" w:rsidRPr="001546D1" w:rsidRDefault="00094951" w:rsidP="001546D1">
            <w:pPr>
              <w:pStyle w:val="Heading1"/>
            </w:pPr>
            <w:r w:rsidRPr="001546D1">
              <w:t>Exit criteria</w:t>
            </w:r>
          </w:p>
        </w:tc>
      </w:tr>
      <w:tr w:rsidR="00E936D8" w:rsidRPr="00BC203C" w14:paraId="3672549C" w14:textId="77777777">
        <w:trPr>
          <w:cantSplit/>
          <w:jc w:val="center"/>
        </w:trPr>
        <w:tc>
          <w:tcPr>
            <w:tcW w:w="10370" w:type="dxa"/>
            <w:gridSpan w:val="5"/>
            <w:shd w:val="clear" w:color="auto" w:fill="EDEDED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8E363A4" w14:textId="77777777" w:rsidR="00E936D8" w:rsidRPr="001546D1" w:rsidRDefault="00094951" w:rsidP="001546D1">
            <w:pPr>
              <w:pStyle w:val="Heading1"/>
            </w:pPr>
            <w:r w:rsidRPr="001546D1">
              <w:t>Phase 3</w:t>
            </w:r>
          </w:p>
        </w:tc>
      </w:tr>
      <w:tr w:rsidR="00E936D8" w:rsidRPr="00BC203C" w14:paraId="32D4CD43" w14:textId="77777777">
        <w:trPr>
          <w:cantSplit/>
          <w:jc w:val="center"/>
        </w:trPr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B24A9D4" w14:textId="77777777" w:rsidR="00E936D8" w:rsidRPr="00BC203C" w:rsidRDefault="00094951" w:rsidP="001546D1">
            <w:r w:rsidRPr="00BC203C">
              <w:t>Week 5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8941CF5" w14:textId="1C392BAF" w:rsidR="00E936D8" w:rsidRPr="00BC203C" w:rsidRDefault="00BC203C" w:rsidP="001546D1">
            <w:r>
              <w:t xml:space="preserve">Resume </w:t>
            </w:r>
            <w:r w:rsidR="00094951" w:rsidRPr="00BC203C">
              <w:t>light aerobic work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527AEE8" w14:textId="4CD6F940" w:rsidR="00E936D8" w:rsidRPr="00BC203C" w:rsidRDefault="000671BA" w:rsidP="001546D1">
            <w:r>
              <w:t>30-45</w:t>
            </w:r>
            <w:r w:rsidR="00094951" w:rsidRPr="00BC203C">
              <w:t xml:space="preserve"> min walk</w:t>
            </w:r>
            <w:r>
              <w:t>/hike</w:t>
            </w:r>
            <w:r w:rsidR="00094951" w:rsidRPr="00BC203C">
              <w:t xml:space="preserve"> outside </w:t>
            </w:r>
            <w:r w:rsidR="00094951" w:rsidRPr="00BC203C">
              <w:t>daily</w:t>
            </w:r>
            <w:r w:rsidR="00BC203C">
              <w:t>, mostly flat</w:t>
            </w:r>
          </w:p>
          <w:p w14:paraId="6E6DD431" w14:textId="77777777" w:rsidR="00E936D8" w:rsidRPr="00BC203C" w:rsidRDefault="00E936D8" w:rsidP="001546D1"/>
          <w:p w14:paraId="06725ACF" w14:textId="5177BCB8" w:rsidR="00E936D8" w:rsidRPr="00BC203C" w:rsidRDefault="00094951" w:rsidP="001546D1">
            <w:r w:rsidRPr="00BC203C">
              <w:t>On bike (3 days/week</w:t>
            </w:r>
            <w:r w:rsidR="000671BA">
              <w:t>, alternating on/off</w:t>
            </w:r>
            <w:r w:rsidRPr="00BC203C">
              <w:t>):</w:t>
            </w:r>
          </w:p>
          <w:p w14:paraId="689E366A" w14:textId="4FADBAF7" w:rsidR="00E936D8" w:rsidRPr="00BC203C" w:rsidRDefault="00094951" w:rsidP="001546D1">
            <w:r w:rsidRPr="00BC203C">
              <w:t>30</w:t>
            </w:r>
            <w:r w:rsidRPr="00BC203C">
              <w:t xml:space="preserve"> min trainer ride, Zone 1</w:t>
            </w:r>
          </w:p>
          <w:p w14:paraId="189A6C8F" w14:textId="60923AE9" w:rsidR="00E936D8" w:rsidRPr="00BC203C" w:rsidRDefault="00094951" w:rsidP="001546D1">
            <w:r w:rsidRPr="00BC203C">
              <w:t>Alternating days: walk/hike</w:t>
            </w:r>
          </w:p>
          <w:p w14:paraId="77435A93" w14:textId="77777777" w:rsidR="00E936D8" w:rsidRPr="00BC203C" w:rsidRDefault="00E936D8" w:rsidP="001546D1"/>
          <w:p w14:paraId="73F6B6CF" w14:textId="71B04153" w:rsidR="000671BA" w:rsidRDefault="00094951" w:rsidP="001546D1">
            <w:r w:rsidRPr="00BC203C">
              <w:t>Light strength</w:t>
            </w:r>
          </w:p>
          <w:p w14:paraId="6DF6B52E" w14:textId="7C194D1D" w:rsidR="00E936D8" w:rsidRPr="00BC203C" w:rsidRDefault="00094951" w:rsidP="001546D1">
            <w:r w:rsidRPr="00BC203C">
              <w:t>(3 days/week</w:t>
            </w:r>
            <w:r w:rsidR="000671BA">
              <w:t xml:space="preserve"> can be on bike days or off days</w:t>
            </w:r>
            <w:r w:rsidRPr="00BC203C">
              <w:t>)</w:t>
            </w:r>
            <w:r w:rsidR="000671BA">
              <w:t>:</w:t>
            </w:r>
          </w:p>
          <w:p w14:paraId="2C91A89D" w14:textId="77777777" w:rsidR="00E936D8" w:rsidRPr="00BC203C" w:rsidRDefault="00094951" w:rsidP="001546D1">
            <w:r w:rsidRPr="00BC203C">
              <w:t>Glute bridges</w:t>
            </w:r>
          </w:p>
          <w:p w14:paraId="6AFE4F19" w14:textId="77777777" w:rsidR="00E936D8" w:rsidRPr="00BC203C" w:rsidRDefault="00094951" w:rsidP="001546D1">
            <w:r w:rsidRPr="00BC203C">
              <w:t>Hip abduction in side-lying</w:t>
            </w:r>
          </w:p>
          <w:p w14:paraId="392D5789" w14:textId="77777777" w:rsidR="00E936D8" w:rsidRPr="00BC203C" w:rsidRDefault="00094951" w:rsidP="001546D1">
            <w:r w:rsidRPr="00BC203C">
              <w:t>4-point kneeling hip extension</w:t>
            </w:r>
          </w:p>
          <w:p w14:paraId="1B83FA83" w14:textId="77777777" w:rsidR="00E936D8" w:rsidRPr="00BC203C" w:rsidRDefault="00094951" w:rsidP="001546D1">
            <w:r w:rsidRPr="00BC203C">
              <w:t>Banded supine lat pulldown (on floor in crook lying)</w:t>
            </w:r>
          </w:p>
          <w:p w14:paraId="312E41F7" w14:textId="77777777" w:rsidR="00E936D8" w:rsidRPr="00BC203C" w:rsidRDefault="00094951" w:rsidP="001546D1">
            <w:r w:rsidRPr="00BC203C">
              <w:t>Calf raises</w:t>
            </w:r>
          </w:p>
          <w:p w14:paraId="56A57A6B" w14:textId="77777777" w:rsidR="00E936D8" w:rsidRPr="00BC203C" w:rsidRDefault="00094951" w:rsidP="001546D1">
            <w:r w:rsidRPr="00BC203C">
              <w:t>Balance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55644F9" w14:textId="77777777" w:rsidR="00E936D8" w:rsidRPr="00BC203C" w:rsidRDefault="00094951" w:rsidP="001546D1">
            <w:r w:rsidRPr="00BC203C">
              <w:t>HR remains under 120 bpm</w:t>
            </w:r>
          </w:p>
          <w:p w14:paraId="79A0BFB9" w14:textId="77777777" w:rsidR="00E936D8" w:rsidRPr="00BC203C" w:rsidRDefault="00094951" w:rsidP="001546D1">
            <w:r w:rsidRPr="00BC203C">
              <w:t>BP remains under 140 mmHg systolic</w:t>
            </w:r>
          </w:p>
          <w:p w14:paraId="26E8100C" w14:textId="0E32F9D0" w:rsidR="00E936D8" w:rsidRPr="00BC203C" w:rsidRDefault="000671BA" w:rsidP="001546D1">
            <w:r>
              <w:t>Upright b</w:t>
            </w:r>
            <w:r w:rsidR="00094951" w:rsidRPr="00BC203C">
              <w:t>ike set-up should be MTB, gravel, or flip bars upside down</w:t>
            </w:r>
          </w:p>
          <w:p w14:paraId="2FBC6F4E" w14:textId="77777777" w:rsidR="00E936D8" w:rsidRPr="00BC203C" w:rsidRDefault="00094951" w:rsidP="001546D1">
            <w:r w:rsidRPr="00BC203C">
              <w:t>1 day rest between trainer rides</w:t>
            </w:r>
          </w:p>
          <w:p w14:paraId="245C44CD" w14:textId="77777777" w:rsidR="00E936D8" w:rsidRDefault="00094951" w:rsidP="001546D1">
            <w:r w:rsidRPr="00BC203C">
              <w:t>Ensure good breath work with strength exercises</w:t>
            </w:r>
            <w:r w:rsidR="000671BA">
              <w:t xml:space="preserve"> (no Valsalva)</w:t>
            </w:r>
          </w:p>
          <w:p w14:paraId="3169FC99" w14:textId="77777777" w:rsidR="00B67529" w:rsidRDefault="00B67529" w:rsidP="00B67529">
            <w:r w:rsidRPr="00BC203C">
              <w:t>Make note of any familiar FLIA symptoms</w:t>
            </w:r>
            <w:r>
              <w:t>, control symptoms, don’t allow to accumulate</w:t>
            </w:r>
          </w:p>
          <w:p w14:paraId="4A0C3E24" w14:textId="77777777" w:rsidR="00B67529" w:rsidRDefault="00B67529" w:rsidP="00B67529"/>
          <w:p w14:paraId="6B06E018" w14:textId="52B8CCA2" w:rsidR="00B67529" w:rsidRPr="00BC203C" w:rsidRDefault="00B67529" w:rsidP="00B67529">
            <w:r w:rsidRPr="00BC203C">
              <w:t xml:space="preserve">(note: it is </w:t>
            </w:r>
            <w:r>
              <w:t xml:space="preserve">expected </w:t>
            </w:r>
            <w:r w:rsidRPr="00BC203C">
              <w:t xml:space="preserve">to feel some </w:t>
            </w:r>
            <w:r>
              <w:t xml:space="preserve">symptoms, some of the time </w:t>
            </w:r>
            <w:r w:rsidRPr="00BC203C">
              <w:t>as you are recovering</w:t>
            </w:r>
            <w:r>
              <w:t>. But not severe symptoms all of the time</w:t>
            </w:r>
            <w:r w:rsidRPr="00BC203C">
              <w:t>)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1CFF3FB" w14:textId="11218A59" w:rsidR="00E936D8" w:rsidRPr="00BC203C" w:rsidRDefault="00094951" w:rsidP="001546D1">
            <w:r w:rsidRPr="00BC203C">
              <w:t>Comfortable and pain-free trainer rides</w:t>
            </w:r>
            <w:r w:rsidR="000671BA">
              <w:t xml:space="preserve"> (some discomfort ok)</w:t>
            </w:r>
          </w:p>
          <w:p w14:paraId="21CF9005" w14:textId="0AF83E38" w:rsidR="00E936D8" w:rsidRPr="00BC203C" w:rsidRDefault="00094951" w:rsidP="001546D1">
            <w:r w:rsidRPr="00BC203C">
              <w:t xml:space="preserve">Able to perform strengthening exercises with no elevation of BP (to be monitored in </w:t>
            </w:r>
            <w:r w:rsidR="000671BA">
              <w:t>physiology clinic</w:t>
            </w:r>
            <w:r w:rsidRPr="00BC203C">
              <w:t>)</w:t>
            </w:r>
          </w:p>
        </w:tc>
      </w:tr>
      <w:tr w:rsidR="00E936D8" w:rsidRPr="00BC203C" w14:paraId="3873ED49" w14:textId="77777777">
        <w:trPr>
          <w:cantSplit/>
          <w:jc w:val="center"/>
        </w:trPr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8D34BB9" w14:textId="77777777" w:rsidR="00E936D8" w:rsidRPr="00BC203C" w:rsidRDefault="00094951" w:rsidP="001546D1">
            <w:r w:rsidRPr="00BC203C">
              <w:t>Week 6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D0CBD84" w14:textId="77777777" w:rsidR="00E936D8" w:rsidRPr="00BC203C" w:rsidRDefault="00094951" w:rsidP="001546D1">
            <w:r w:rsidRPr="00BC203C">
              <w:t>Increase activity tolerance</w:t>
            </w:r>
          </w:p>
          <w:p w14:paraId="7CCF4B77" w14:textId="77777777" w:rsidR="00E936D8" w:rsidRPr="00BC203C" w:rsidRDefault="00094951" w:rsidP="001546D1">
            <w:r w:rsidRPr="00BC203C">
              <w:t>Improve functional strength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FC9ED8D" w14:textId="146440AD" w:rsidR="000671BA" w:rsidRDefault="000671BA" w:rsidP="001546D1">
            <w:r>
              <w:t>As above</w:t>
            </w:r>
          </w:p>
          <w:p w14:paraId="269372C4" w14:textId="6511DE4C" w:rsidR="000671BA" w:rsidRDefault="000671BA" w:rsidP="001546D1">
            <w:r>
              <w:t>Progress 30-45 min duration</w:t>
            </w:r>
          </w:p>
          <w:p w14:paraId="1A8E143C" w14:textId="03AEC1A8" w:rsidR="000671BA" w:rsidRPr="00BC203C" w:rsidRDefault="000671BA" w:rsidP="001546D1">
            <w:r>
              <w:t>Trainer rides in Zone 1-2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90EAC1C" w14:textId="74E43B67" w:rsidR="00E936D8" w:rsidRPr="00BC203C" w:rsidRDefault="00B67529" w:rsidP="001546D1">
            <w:r>
              <w:t>As above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EDA801" w14:textId="77777777" w:rsidR="00E936D8" w:rsidRPr="00BC203C" w:rsidRDefault="00094951" w:rsidP="001546D1">
            <w:r w:rsidRPr="00BC203C">
              <w:t>Comfortable and pain-free trainer rides</w:t>
            </w:r>
          </w:p>
          <w:p w14:paraId="325315B1" w14:textId="58B6D099" w:rsidR="00E936D8" w:rsidRPr="00BC203C" w:rsidRDefault="00094951" w:rsidP="001546D1">
            <w:r w:rsidRPr="00BC203C">
              <w:t>Able to perform strengthening exercises with no elevation of BP (to be monitored in</w:t>
            </w:r>
            <w:r w:rsidR="00791E8B">
              <w:t xml:space="preserve"> </w:t>
            </w:r>
            <w:r w:rsidR="00791E8B">
              <w:t>physiology</w:t>
            </w:r>
            <w:r w:rsidRPr="00BC203C">
              <w:t xml:space="preserve"> clinic)</w:t>
            </w:r>
          </w:p>
        </w:tc>
      </w:tr>
    </w:tbl>
    <w:p w14:paraId="5262D605" w14:textId="77777777" w:rsidR="00E936D8" w:rsidRPr="00BC203C" w:rsidRDefault="00094951">
      <w:r w:rsidRPr="00BC203C">
        <w:br w:type="page"/>
      </w:r>
    </w:p>
    <w:p w14:paraId="76556CAA" w14:textId="28BB0E73" w:rsidR="00BC203C" w:rsidRPr="00BC203C" w:rsidRDefault="00BC203C" w:rsidP="00BC203C">
      <w:pPr>
        <w:spacing w:after="100"/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4"/>
        <w:gridCol w:w="2074"/>
        <w:gridCol w:w="3960"/>
        <w:gridCol w:w="2664"/>
        <w:gridCol w:w="2664"/>
      </w:tblGrid>
      <w:tr w:rsidR="00E936D8" w:rsidRPr="00BC203C" w14:paraId="594FFBA4" w14:textId="77777777" w:rsidTr="00BC203C">
        <w:trPr>
          <w:tblHeader/>
          <w:jc w:val="center"/>
        </w:trPr>
        <w:tc>
          <w:tcPr>
            <w:tcW w:w="207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025B92" w14:textId="77777777" w:rsidR="00E936D8" w:rsidRPr="001546D1" w:rsidRDefault="00094951" w:rsidP="001546D1">
            <w:pPr>
              <w:pStyle w:val="Heading1"/>
            </w:pPr>
            <w:r w:rsidRPr="001546D1">
              <w:t>Week</w:t>
            </w:r>
          </w:p>
        </w:tc>
        <w:tc>
          <w:tcPr>
            <w:tcW w:w="207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7FC84F" w14:textId="77777777" w:rsidR="00E936D8" w:rsidRPr="001546D1" w:rsidRDefault="00094951" w:rsidP="001546D1">
            <w:pPr>
              <w:pStyle w:val="Heading1"/>
            </w:pPr>
            <w:r w:rsidRPr="001546D1">
              <w:t>Goals</w:t>
            </w:r>
          </w:p>
        </w:tc>
        <w:tc>
          <w:tcPr>
            <w:tcW w:w="3960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343120" w14:textId="77777777" w:rsidR="00E936D8" w:rsidRPr="001546D1" w:rsidRDefault="00094951" w:rsidP="001546D1">
            <w:pPr>
              <w:pStyle w:val="Heading1"/>
            </w:pPr>
            <w:r w:rsidRPr="001546D1">
              <w:t>Exercises</w:t>
            </w:r>
          </w:p>
        </w:tc>
        <w:tc>
          <w:tcPr>
            <w:tcW w:w="266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4D7BD4" w14:textId="77777777" w:rsidR="00E936D8" w:rsidRPr="001546D1" w:rsidRDefault="00094951" w:rsidP="001546D1">
            <w:pPr>
              <w:pStyle w:val="Heading1"/>
            </w:pPr>
            <w:r w:rsidRPr="001546D1">
              <w:t>Precautions</w:t>
            </w:r>
          </w:p>
        </w:tc>
        <w:tc>
          <w:tcPr>
            <w:tcW w:w="266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9460BC" w14:textId="77777777" w:rsidR="00E936D8" w:rsidRPr="001546D1" w:rsidRDefault="00094951" w:rsidP="001546D1">
            <w:pPr>
              <w:pStyle w:val="Heading1"/>
            </w:pPr>
            <w:r w:rsidRPr="001546D1">
              <w:t>Exit criteria</w:t>
            </w:r>
          </w:p>
        </w:tc>
      </w:tr>
      <w:tr w:rsidR="00E936D8" w:rsidRPr="00BC203C" w14:paraId="7685CBF9" w14:textId="77777777" w:rsidTr="00BC203C">
        <w:trPr>
          <w:cantSplit/>
          <w:jc w:val="center"/>
        </w:trPr>
        <w:tc>
          <w:tcPr>
            <w:tcW w:w="13436" w:type="dxa"/>
            <w:gridSpan w:val="5"/>
            <w:shd w:val="clear" w:color="auto" w:fill="EDEDED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C759945" w14:textId="77777777" w:rsidR="00E936D8" w:rsidRPr="001546D1" w:rsidRDefault="00094951" w:rsidP="001546D1">
            <w:pPr>
              <w:pStyle w:val="Heading1"/>
            </w:pPr>
            <w:r w:rsidRPr="001546D1">
              <w:t>Phase 4</w:t>
            </w:r>
          </w:p>
        </w:tc>
      </w:tr>
      <w:tr w:rsidR="00E936D8" w:rsidRPr="00BC203C" w14:paraId="7DFBE1AB" w14:textId="77777777" w:rsidTr="00BC203C">
        <w:trPr>
          <w:cantSplit/>
          <w:jc w:val="center"/>
        </w:trPr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EEFC7B" w14:textId="36C41CAA" w:rsidR="00E936D8" w:rsidRPr="00BC203C" w:rsidRDefault="00094951" w:rsidP="001546D1">
            <w:r w:rsidRPr="00BC203C">
              <w:t xml:space="preserve">Week 7 </w:t>
            </w:r>
            <w:r w:rsidR="006F2AB9">
              <w:t>to</w:t>
            </w:r>
            <w:r w:rsidRPr="00BC203C">
              <w:t xml:space="preserve"> 8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C58B940" w14:textId="77777777" w:rsidR="00E936D8" w:rsidRPr="00BC203C" w:rsidRDefault="00094951" w:rsidP="001546D1">
            <w:r w:rsidRPr="00BC203C">
              <w:t>Progressive increase in efforts on the bike trainer</w:t>
            </w:r>
          </w:p>
        </w:tc>
        <w:tc>
          <w:tcPr>
            <w:tcW w:w="396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E55C7E3" w14:textId="684DFEAA" w:rsidR="00E936D8" w:rsidRDefault="000671BA" w:rsidP="001546D1">
            <w:r>
              <w:t>Walking daily; can introduce longer walks/hikes 1-2 hrs, 1-2/wk, over more hilly terrain as tolerated</w:t>
            </w:r>
          </w:p>
          <w:p w14:paraId="4DFE11A3" w14:textId="77777777" w:rsidR="000671BA" w:rsidRPr="00BC203C" w:rsidRDefault="000671BA" w:rsidP="001546D1"/>
          <w:p w14:paraId="2BE20869" w14:textId="4D57FB1C" w:rsidR="00E936D8" w:rsidRDefault="00094951" w:rsidP="001546D1">
            <w:r w:rsidRPr="00BC203C">
              <w:t>On bike (3 days/week</w:t>
            </w:r>
            <w:r w:rsidR="000671BA">
              <w:t xml:space="preserve"> alternating on/off</w:t>
            </w:r>
            <w:r w:rsidRPr="00BC203C">
              <w:t>):</w:t>
            </w:r>
          </w:p>
          <w:p w14:paraId="6D49711B" w14:textId="62480719" w:rsidR="00E936D8" w:rsidRDefault="000671BA" w:rsidP="001546D1">
            <w:r>
              <w:t>Progress 60-90 min in Zone 1-2</w:t>
            </w:r>
          </w:p>
          <w:p w14:paraId="3EFAC9FF" w14:textId="5614A7E0" w:rsidR="000671BA" w:rsidRPr="00791E8B" w:rsidRDefault="000671BA" w:rsidP="001546D1">
            <w:r>
              <w:t>Progress 0-3x 15 min intervals in Zone 3</w:t>
            </w:r>
            <w:r w:rsidR="00791E8B">
              <w:t>, per ride</w:t>
            </w:r>
          </w:p>
          <w:p w14:paraId="35851677" w14:textId="77777777" w:rsidR="00E936D8" w:rsidRPr="00BC203C" w:rsidRDefault="00E936D8" w:rsidP="001546D1"/>
          <w:p w14:paraId="4DBB9E3C" w14:textId="77777777" w:rsidR="00E936D8" w:rsidRPr="00BC203C" w:rsidRDefault="00094951" w:rsidP="001546D1">
            <w:r w:rsidRPr="00BC203C">
              <w:t>Light strength (3 days/week):</w:t>
            </w:r>
          </w:p>
          <w:p w14:paraId="31B236D2" w14:textId="77777777" w:rsidR="00E936D8" w:rsidRPr="00BC203C" w:rsidRDefault="00094951" w:rsidP="001546D1">
            <w:r w:rsidRPr="00BC203C">
              <w:t>Glute bridges with marching</w:t>
            </w:r>
          </w:p>
          <w:p w14:paraId="1CEDD3A8" w14:textId="77777777" w:rsidR="00E936D8" w:rsidRPr="00BC203C" w:rsidRDefault="00094951" w:rsidP="001546D1">
            <w:r w:rsidRPr="00BC203C">
              <w:t>Side plank</w:t>
            </w:r>
          </w:p>
          <w:p w14:paraId="6ADDA4CD" w14:textId="77777777" w:rsidR="00E936D8" w:rsidRPr="00BC203C" w:rsidRDefault="00094951" w:rsidP="001546D1">
            <w:r w:rsidRPr="00BC203C">
              <w:t>4-point kneeling hip extension (pulley resistance)</w:t>
            </w:r>
          </w:p>
          <w:p w14:paraId="54084555" w14:textId="77777777" w:rsidR="00E936D8" w:rsidRPr="00BC203C" w:rsidRDefault="00094951" w:rsidP="001546D1">
            <w:r w:rsidRPr="00BC203C">
              <w:t>½-kneeling banded lat pulldown</w:t>
            </w:r>
          </w:p>
          <w:p w14:paraId="5C58A744" w14:textId="77777777" w:rsidR="00E936D8" w:rsidRPr="00BC203C" w:rsidRDefault="00094951" w:rsidP="001546D1">
            <w:r w:rsidRPr="00BC203C">
              <w:t>Seated banded row</w:t>
            </w:r>
          </w:p>
          <w:p w14:paraId="5015D04A" w14:textId="77777777" w:rsidR="00E936D8" w:rsidRPr="00BC203C" w:rsidRDefault="00094951" w:rsidP="001546D1">
            <w:r w:rsidRPr="00BC203C">
              <w:t>Body-weight squat</w:t>
            </w:r>
          </w:p>
          <w:p w14:paraId="6FE498FF" w14:textId="77777777" w:rsidR="00E936D8" w:rsidRPr="00BC203C" w:rsidRDefault="00094951" w:rsidP="001546D1">
            <w:r w:rsidRPr="00BC203C">
              <w:t>Balance with dumbbell transfer</w:t>
            </w:r>
          </w:p>
          <w:p w14:paraId="2FCE60FB" w14:textId="77777777" w:rsidR="00E936D8" w:rsidRPr="00BC203C" w:rsidRDefault="00094951" w:rsidP="001546D1">
            <w:r w:rsidRPr="00BC203C">
              <w:t>Standing 2-foot Pallof press</w:t>
            </w:r>
          </w:p>
          <w:p w14:paraId="1B6B37DB" w14:textId="3F01AD86" w:rsidR="00E936D8" w:rsidRPr="00BC203C" w:rsidRDefault="00094951" w:rsidP="001546D1">
            <w:r w:rsidRPr="00BC203C">
              <w:t>Familiar FLIA exercises</w:t>
            </w:r>
            <w:r w:rsidR="009422E6">
              <w:t xml:space="preserve"> as above</w:t>
            </w:r>
          </w:p>
        </w:tc>
        <w:tc>
          <w:tcPr>
            <w:tcW w:w="266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B4A88A6" w14:textId="77777777" w:rsidR="00E936D8" w:rsidRPr="00BC203C" w:rsidRDefault="00094951" w:rsidP="001546D1">
            <w:r w:rsidRPr="00BC203C">
              <w:t>Maintain upright cycling posture on road bike (hands on tops)</w:t>
            </w:r>
          </w:p>
          <w:p w14:paraId="75693C11" w14:textId="77777777" w:rsidR="00E936D8" w:rsidRPr="00BC203C" w:rsidRDefault="00094951" w:rsidP="001546D1">
            <w:r w:rsidRPr="00BC203C">
              <w:t>Gradual increase in HR, progressive efforts</w:t>
            </w:r>
          </w:p>
          <w:p w14:paraId="68E6C505" w14:textId="0657D4CE" w:rsidR="009422E6" w:rsidRDefault="00094951" w:rsidP="001546D1">
            <w:r w:rsidRPr="00BC203C">
              <w:t>Make note of any familiar FLIA symptoms</w:t>
            </w:r>
            <w:r w:rsidR="00791E8B">
              <w:t>, control symptoms, don’t allow to accumulate</w:t>
            </w:r>
          </w:p>
          <w:p w14:paraId="2EA17BD9" w14:textId="77777777" w:rsidR="009422E6" w:rsidRDefault="009422E6" w:rsidP="001546D1"/>
          <w:p w14:paraId="61324A71" w14:textId="25BC0ED9" w:rsidR="00E936D8" w:rsidRPr="00BC203C" w:rsidRDefault="00094951" w:rsidP="001546D1">
            <w:r w:rsidRPr="00BC203C">
              <w:t xml:space="preserve">(note: it is </w:t>
            </w:r>
            <w:r w:rsidR="009422E6">
              <w:t xml:space="preserve">expected </w:t>
            </w:r>
            <w:r w:rsidRPr="00BC203C">
              <w:t xml:space="preserve">to feel some </w:t>
            </w:r>
            <w:r w:rsidR="009422E6">
              <w:t xml:space="preserve">symptoms, some of the time </w:t>
            </w:r>
            <w:r w:rsidRPr="00BC203C">
              <w:t>as you are recovering</w:t>
            </w:r>
            <w:r w:rsidR="009422E6">
              <w:t>. But not severe symptoms all of the time</w:t>
            </w:r>
            <w:r w:rsidRPr="00BC203C">
              <w:t>)</w:t>
            </w:r>
          </w:p>
        </w:tc>
        <w:tc>
          <w:tcPr>
            <w:tcW w:w="266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1139F66" w14:textId="77777777" w:rsidR="00E936D8" w:rsidRDefault="00094951" w:rsidP="001546D1">
            <w:r w:rsidRPr="00BC203C">
              <w:t>Able to maintain breath while performing strength exercises</w:t>
            </w:r>
          </w:p>
          <w:p w14:paraId="32FCE4E1" w14:textId="77777777" w:rsidR="00791E8B" w:rsidRDefault="00791E8B" w:rsidP="001546D1"/>
          <w:p w14:paraId="666F9934" w14:textId="4D8370F7" w:rsidR="00791E8B" w:rsidRDefault="00791E8B" w:rsidP="001546D1">
            <w:r>
              <w:t>WEEK 8</w:t>
            </w:r>
          </w:p>
          <w:p w14:paraId="62553E99" w14:textId="5D4A3656" w:rsidR="00791E8B" w:rsidRPr="00BC203C" w:rsidRDefault="00791E8B" w:rsidP="001546D1">
            <w:r>
              <w:t xml:space="preserve">Assess BPs &amp; </w:t>
            </w:r>
            <w:r w:rsidRPr="00BC203C">
              <w:t xml:space="preserve">ABI </w:t>
            </w:r>
            <w:r w:rsidR="00B67529">
              <w:t xml:space="preserve">rest &amp; post-exercise 50x </w:t>
            </w:r>
            <w:r w:rsidRPr="00BC203C">
              <w:t>body-weight squat</w:t>
            </w:r>
            <w:r w:rsidR="00B67529">
              <w:t xml:space="preserve"> test</w:t>
            </w:r>
          </w:p>
          <w:p w14:paraId="07D47E3F" w14:textId="4ABBD550" w:rsidR="00791E8B" w:rsidRPr="00BC203C" w:rsidRDefault="00791E8B" w:rsidP="001546D1"/>
        </w:tc>
      </w:tr>
    </w:tbl>
    <w:p w14:paraId="19E72FB9" w14:textId="77777777" w:rsidR="00BC203C" w:rsidRDefault="00BC203C"/>
    <w:p w14:paraId="0EF2844B" w14:textId="77777777" w:rsidR="00BC203C" w:rsidRDefault="00BC203C">
      <w:r>
        <w:br w:type="page"/>
      </w:r>
    </w:p>
    <w:p w14:paraId="6498DDC2" w14:textId="2B26191C" w:rsidR="00BC203C" w:rsidRDefault="00BC203C" w:rsidP="00BC203C">
      <w:pPr>
        <w:spacing w:after="100"/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4"/>
        <w:gridCol w:w="2074"/>
        <w:gridCol w:w="3960"/>
        <w:gridCol w:w="2664"/>
        <w:gridCol w:w="2664"/>
      </w:tblGrid>
      <w:tr w:rsidR="00BC203C" w:rsidRPr="00BC203C" w14:paraId="2A2D4FA5" w14:textId="77777777" w:rsidTr="00BC203C">
        <w:trPr>
          <w:tblHeader/>
          <w:jc w:val="center"/>
        </w:trPr>
        <w:tc>
          <w:tcPr>
            <w:tcW w:w="207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8040EE" w14:textId="77777777" w:rsidR="00BC203C" w:rsidRPr="001546D1" w:rsidRDefault="00BC203C" w:rsidP="001546D1">
            <w:pPr>
              <w:pStyle w:val="Heading1"/>
            </w:pPr>
            <w:r w:rsidRPr="001546D1">
              <w:t>Week</w:t>
            </w:r>
          </w:p>
        </w:tc>
        <w:tc>
          <w:tcPr>
            <w:tcW w:w="207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47C20D" w14:textId="77777777" w:rsidR="00BC203C" w:rsidRPr="001546D1" w:rsidRDefault="00BC203C" w:rsidP="001546D1">
            <w:pPr>
              <w:pStyle w:val="Heading1"/>
            </w:pPr>
            <w:r w:rsidRPr="001546D1">
              <w:t>Goals</w:t>
            </w:r>
          </w:p>
        </w:tc>
        <w:tc>
          <w:tcPr>
            <w:tcW w:w="3960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EC5386" w14:textId="77777777" w:rsidR="00BC203C" w:rsidRPr="001546D1" w:rsidRDefault="00BC203C" w:rsidP="001546D1">
            <w:pPr>
              <w:pStyle w:val="Heading1"/>
            </w:pPr>
            <w:r w:rsidRPr="001546D1">
              <w:t>Exercises</w:t>
            </w:r>
          </w:p>
        </w:tc>
        <w:tc>
          <w:tcPr>
            <w:tcW w:w="266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4D1D9C" w14:textId="77777777" w:rsidR="00BC203C" w:rsidRPr="001546D1" w:rsidRDefault="00BC203C" w:rsidP="001546D1">
            <w:pPr>
              <w:pStyle w:val="Heading1"/>
            </w:pPr>
            <w:r w:rsidRPr="001546D1">
              <w:t>Precautions</w:t>
            </w:r>
          </w:p>
        </w:tc>
        <w:tc>
          <w:tcPr>
            <w:tcW w:w="266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375D306" w14:textId="77777777" w:rsidR="00BC203C" w:rsidRPr="001546D1" w:rsidRDefault="00BC203C" w:rsidP="001546D1">
            <w:pPr>
              <w:pStyle w:val="Heading1"/>
            </w:pPr>
            <w:r w:rsidRPr="001546D1">
              <w:t>Exit criteria</w:t>
            </w:r>
          </w:p>
        </w:tc>
      </w:tr>
      <w:tr w:rsidR="00BC203C" w:rsidRPr="00BC203C" w14:paraId="7A81AA1B" w14:textId="77777777" w:rsidTr="00BC203C">
        <w:trPr>
          <w:cantSplit/>
          <w:jc w:val="center"/>
        </w:trPr>
        <w:tc>
          <w:tcPr>
            <w:tcW w:w="13436" w:type="dxa"/>
            <w:gridSpan w:val="5"/>
            <w:shd w:val="clear" w:color="auto" w:fill="EDEDED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FDCF3CC" w14:textId="77777777" w:rsidR="00BC203C" w:rsidRPr="001546D1" w:rsidRDefault="00BC203C" w:rsidP="001546D1">
            <w:pPr>
              <w:pStyle w:val="Heading1"/>
            </w:pPr>
            <w:r w:rsidRPr="001546D1">
              <w:t>Phase 5</w:t>
            </w:r>
          </w:p>
        </w:tc>
      </w:tr>
      <w:tr w:rsidR="00BC203C" w:rsidRPr="00BC203C" w14:paraId="6224517E" w14:textId="77777777" w:rsidTr="00BC203C">
        <w:trPr>
          <w:cantSplit/>
          <w:jc w:val="center"/>
        </w:trPr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B67B535" w14:textId="77777777" w:rsidR="00BC203C" w:rsidRPr="00BC203C" w:rsidRDefault="00BC203C" w:rsidP="001546D1">
            <w:r w:rsidRPr="00BC203C">
              <w:t>Week 9 to 12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49FA592" w14:textId="46B00ACD" w:rsidR="00BC203C" w:rsidRPr="00BC203C" w:rsidRDefault="00BC203C" w:rsidP="001546D1">
            <w:r w:rsidRPr="00BC203C">
              <w:t xml:space="preserve">May resume training </w:t>
            </w:r>
            <w:r w:rsidR="00791E8B">
              <w:t xml:space="preserve">outside </w:t>
            </w:r>
            <w:r w:rsidRPr="00BC203C">
              <w:t xml:space="preserve">on </w:t>
            </w:r>
            <w:r w:rsidR="00791E8B">
              <w:t>gravel/</w:t>
            </w:r>
            <w:r w:rsidRPr="00BC203C">
              <w:t>road bike</w:t>
            </w:r>
          </w:p>
        </w:tc>
        <w:tc>
          <w:tcPr>
            <w:tcW w:w="396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C743A49" w14:textId="1AB5A946" w:rsidR="00791E8B" w:rsidRDefault="00791E8B" w:rsidP="001546D1">
            <w:r w:rsidRPr="00BC203C">
              <w:t>On bike (</w:t>
            </w:r>
            <w:r>
              <w:t>4-5</w:t>
            </w:r>
            <w:r w:rsidRPr="00BC203C">
              <w:t xml:space="preserve"> days/week</w:t>
            </w:r>
            <w:r>
              <w:t>; 2-on, 1-off</w:t>
            </w:r>
            <w:r w:rsidRPr="00BC203C">
              <w:t>):</w:t>
            </w:r>
          </w:p>
          <w:p w14:paraId="138F9B06" w14:textId="34EDDC26" w:rsidR="00791E8B" w:rsidRDefault="00791E8B" w:rsidP="001546D1">
            <w:r>
              <w:t>Progress up to 10 hrs/wk</w:t>
            </w:r>
          </w:p>
          <w:p w14:paraId="7D1404BE" w14:textId="77777777" w:rsidR="00791E8B" w:rsidRDefault="00791E8B" w:rsidP="001546D1"/>
          <w:p w14:paraId="21ECD23F" w14:textId="186667B8" w:rsidR="00791E8B" w:rsidRDefault="00791E8B" w:rsidP="001546D1">
            <w:r>
              <w:t>Progress 90</w:t>
            </w:r>
            <w:r>
              <w:t>-120</w:t>
            </w:r>
            <w:r>
              <w:t xml:space="preserve"> min in Zone 1-2</w:t>
            </w:r>
          </w:p>
          <w:p w14:paraId="154A788E" w14:textId="2D962E50" w:rsidR="00791E8B" w:rsidRDefault="00791E8B" w:rsidP="001546D1">
            <w:r>
              <w:t xml:space="preserve">Up to 3x </w:t>
            </w:r>
            <w:r>
              <w:t>15 min intervals in Zone 3</w:t>
            </w:r>
          </w:p>
          <w:p w14:paraId="03AF6586" w14:textId="12E12EF6" w:rsidR="00791E8B" w:rsidRDefault="00791E8B" w:rsidP="001546D1">
            <w:r>
              <w:t>OR</w:t>
            </w:r>
          </w:p>
          <w:p w14:paraId="3E487C00" w14:textId="6D56A1BE" w:rsidR="00791E8B" w:rsidRDefault="00791E8B" w:rsidP="001546D1">
            <w:r>
              <w:t xml:space="preserve">Up to 3x </w:t>
            </w:r>
            <w:r w:rsidR="00D679B2">
              <w:t>10</w:t>
            </w:r>
            <w:r>
              <w:t xml:space="preserve"> min intervals in Zone 4</w:t>
            </w:r>
          </w:p>
          <w:p w14:paraId="7CB8C084" w14:textId="77777777" w:rsidR="00791E8B" w:rsidRDefault="00791E8B" w:rsidP="001546D1"/>
          <w:p w14:paraId="678E2BDC" w14:textId="58330825" w:rsidR="00791E8B" w:rsidRDefault="00791E8B" w:rsidP="001546D1">
            <w:r>
              <w:t>Progress to 60 min riding outside, upright road/gravel position</w:t>
            </w:r>
          </w:p>
          <w:p w14:paraId="3538D46C" w14:textId="1B9BD7DD" w:rsidR="00791E8B" w:rsidRPr="00791E8B" w:rsidRDefault="00791E8B" w:rsidP="001546D1">
            <w:r>
              <w:t xml:space="preserve">Progress to 2/day 60 min </w:t>
            </w:r>
            <w:r>
              <w:t>trainer</w:t>
            </w:r>
            <w:r>
              <w:t xml:space="preserve">, then to 1/day </w:t>
            </w:r>
            <w:r>
              <w:t>120 min trainer</w:t>
            </w:r>
          </w:p>
          <w:p w14:paraId="548EBB4E" w14:textId="77777777" w:rsidR="00BC203C" w:rsidRPr="00BC203C" w:rsidRDefault="00BC203C" w:rsidP="001546D1"/>
          <w:p w14:paraId="02B4949A" w14:textId="77777777" w:rsidR="00BC203C" w:rsidRPr="00BC203C" w:rsidRDefault="00BC203C" w:rsidP="001546D1">
            <w:r w:rsidRPr="00BC203C">
              <w:t>Stretches:</w:t>
            </w:r>
          </w:p>
          <w:p w14:paraId="64B595AF" w14:textId="77777777" w:rsidR="00BC203C" w:rsidRPr="00BC203C" w:rsidRDefault="00BC203C" w:rsidP="001546D1">
            <w:r w:rsidRPr="00BC203C">
              <w:t>Figure 4</w:t>
            </w:r>
          </w:p>
          <w:p w14:paraId="253C4E31" w14:textId="77777777" w:rsidR="00BC203C" w:rsidRPr="00BC203C" w:rsidRDefault="00BC203C" w:rsidP="001546D1">
            <w:r w:rsidRPr="00BC203C">
              <w:t>Standing hip extension</w:t>
            </w:r>
          </w:p>
          <w:p w14:paraId="159082B3" w14:textId="77777777" w:rsidR="00BC203C" w:rsidRPr="00BC203C" w:rsidRDefault="00BC203C" w:rsidP="001546D1">
            <w:r w:rsidRPr="00BC203C">
              <w:t>Cat cow</w:t>
            </w:r>
          </w:p>
          <w:p w14:paraId="63F2B8C9" w14:textId="77777777" w:rsidR="00BC203C" w:rsidRPr="00BC203C" w:rsidRDefault="00BC203C" w:rsidP="001546D1">
            <w:r w:rsidRPr="00BC203C">
              <w:t>Thread the needle</w:t>
            </w:r>
          </w:p>
          <w:p w14:paraId="71A7D3DA" w14:textId="77777777" w:rsidR="00BC203C" w:rsidRPr="00BC203C" w:rsidRDefault="00BC203C" w:rsidP="001546D1">
            <w:r w:rsidRPr="00BC203C">
              <w:t>Hamstring</w:t>
            </w:r>
          </w:p>
          <w:p w14:paraId="4E77546C" w14:textId="77777777" w:rsidR="00BC203C" w:rsidRPr="00BC203C" w:rsidRDefault="00BC203C" w:rsidP="001546D1"/>
          <w:p w14:paraId="52EE8162" w14:textId="77777777" w:rsidR="00BC203C" w:rsidRDefault="00BC203C" w:rsidP="001546D1">
            <w:r w:rsidRPr="00BC203C">
              <w:t>Light strength (3 days/week):</w:t>
            </w:r>
          </w:p>
          <w:p w14:paraId="189E15B1" w14:textId="425D4B38" w:rsidR="00791E8B" w:rsidRPr="00BC203C" w:rsidRDefault="00791E8B" w:rsidP="001546D1">
            <w:r>
              <w:t>Banded monster walks</w:t>
            </w:r>
          </w:p>
          <w:p w14:paraId="22E677C0" w14:textId="21E1DF54" w:rsidR="00BC203C" w:rsidRPr="00BC203C" w:rsidRDefault="00791E8B" w:rsidP="001546D1">
            <w:r>
              <w:t>DB split squat</w:t>
            </w:r>
          </w:p>
          <w:p w14:paraId="7E8CD0D8" w14:textId="77777777" w:rsidR="00BC203C" w:rsidRPr="00BC203C" w:rsidRDefault="00BC203C" w:rsidP="001546D1">
            <w:r w:rsidRPr="00BC203C">
              <w:t>Arms-elevated push-up</w:t>
            </w:r>
          </w:p>
          <w:p w14:paraId="7B34F556" w14:textId="77777777" w:rsidR="00BC203C" w:rsidRPr="00BC203C" w:rsidRDefault="00BC203C" w:rsidP="001546D1">
            <w:r w:rsidRPr="00BC203C">
              <w:t>Goblet squat</w:t>
            </w:r>
          </w:p>
          <w:p w14:paraId="39B4E2A6" w14:textId="77777777" w:rsidR="00BC203C" w:rsidRPr="00BC203C" w:rsidRDefault="00BC203C" w:rsidP="001546D1">
            <w:r w:rsidRPr="00BC203C">
              <w:t>SL RDL with dumbbell</w:t>
            </w:r>
          </w:p>
          <w:p w14:paraId="6B67BE43" w14:textId="77777777" w:rsidR="00BC203C" w:rsidRPr="00BC203C" w:rsidRDefault="00BC203C" w:rsidP="001546D1">
            <w:r w:rsidRPr="00BC203C">
              <w:t>Split-stance Pallof press</w:t>
            </w:r>
          </w:p>
        </w:tc>
        <w:tc>
          <w:tcPr>
            <w:tcW w:w="266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FB06E1" w14:textId="77777777" w:rsidR="00BC203C" w:rsidRPr="00BC203C" w:rsidRDefault="00BC203C" w:rsidP="001546D1">
            <w:r w:rsidRPr="00BC203C">
              <w:t>Hands on the tops or hoods</w:t>
            </w:r>
          </w:p>
          <w:p w14:paraId="0A43A701" w14:textId="77777777" w:rsidR="00BC203C" w:rsidRPr="00BC203C" w:rsidRDefault="00BC203C" w:rsidP="001546D1">
            <w:r w:rsidRPr="00BC203C">
              <w:t>Gradual increase in HR, progressive efforts</w:t>
            </w:r>
          </w:p>
          <w:p w14:paraId="606A8CDB" w14:textId="3E9A68A0" w:rsidR="00BC203C" w:rsidRPr="00BC203C" w:rsidRDefault="00B67529" w:rsidP="001546D1">
            <w:r>
              <w:t>Monitor symptoms</w:t>
            </w:r>
          </w:p>
        </w:tc>
        <w:tc>
          <w:tcPr>
            <w:tcW w:w="266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AAA6806" w14:textId="77777777" w:rsidR="00BC203C" w:rsidRDefault="00BC203C" w:rsidP="001546D1">
            <w:r w:rsidRPr="00BC203C">
              <w:t>Able to maintain breath while performing strength exercises</w:t>
            </w:r>
          </w:p>
          <w:p w14:paraId="7EDE07F8" w14:textId="77777777" w:rsidR="00D679B2" w:rsidRDefault="00D679B2" w:rsidP="001546D1"/>
          <w:p w14:paraId="26E4B60C" w14:textId="77777777" w:rsidR="00D679B2" w:rsidRDefault="00D679B2" w:rsidP="001546D1">
            <w:r>
              <w:t>WEEK 12</w:t>
            </w:r>
          </w:p>
          <w:p w14:paraId="1460D6FD" w14:textId="029693B8" w:rsidR="00D679B2" w:rsidRPr="00BC203C" w:rsidRDefault="00D679B2" w:rsidP="001546D1">
            <w:r>
              <w:t>R</w:t>
            </w:r>
            <w:r w:rsidRPr="00BC203C">
              <w:t xml:space="preserve">epeat </w:t>
            </w:r>
            <w:r>
              <w:t>provocative</w:t>
            </w:r>
            <w:r w:rsidR="00B67529">
              <w:t xml:space="preserve"> cycling</w:t>
            </w:r>
            <w:r>
              <w:t xml:space="preserve"> FLIA assessment </w:t>
            </w:r>
            <w:r w:rsidRPr="00BC203C">
              <w:t>in lab with ABI and NIRS</w:t>
            </w:r>
          </w:p>
        </w:tc>
      </w:tr>
    </w:tbl>
    <w:p w14:paraId="2248CF26" w14:textId="282D155A" w:rsidR="00E936D8" w:rsidRPr="00BC203C" w:rsidRDefault="00094951">
      <w:r w:rsidRPr="00BC203C">
        <w:br w:type="page"/>
      </w:r>
    </w:p>
    <w:p w14:paraId="339F4078" w14:textId="466059B4" w:rsidR="00BC203C" w:rsidRPr="00BC203C" w:rsidRDefault="00BC203C" w:rsidP="00BC203C">
      <w:pPr>
        <w:spacing w:after="100"/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4"/>
        <w:gridCol w:w="2074"/>
        <w:gridCol w:w="3960"/>
        <w:gridCol w:w="2664"/>
        <w:gridCol w:w="2664"/>
      </w:tblGrid>
      <w:tr w:rsidR="00E936D8" w:rsidRPr="00BC203C" w14:paraId="3C2FAA01" w14:textId="77777777">
        <w:trPr>
          <w:tblHeader/>
          <w:jc w:val="center"/>
        </w:trPr>
        <w:tc>
          <w:tcPr>
            <w:tcW w:w="979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9B9BF5" w14:textId="77777777" w:rsidR="00E936D8" w:rsidRPr="001546D1" w:rsidRDefault="00094951" w:rsidP="001546D1">
            <w:pPr>
              <w:pStyle w:val="Heading1"/>
            </w:pPr>
            <w:r w:rsidRPr="001546D1">
              <w:t>Week</w:t>
            </w:r>
          </w:p>
        </w:tc>
        <w:tc>
          <w:tcPr>
            <w:tcW w:w="194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BAF62B" w14:textId="77777777" w:rsidR="00E936D8" w:rsidRPr="001546D1" w:rsidRDefault="00094951" w:rsidP="001546D1">
            <w:pPr>
              <w:pStyle w:val="Heading1"/>
            </w:pPr>
            <w:r w:rsidRPr="001546D1">
              <w:t>Goals</w:t>
            </w:r>
          </w:p>
        </w:tc>
        <w:tc>
          <w:tcPr>
            <w:tcW w:w="3960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82CC9A" w14:textId="77777777" w:rsidR="00E936D8" w:rsidRPr="001546D1" w:rsidRDefault="00094951" w:rsidP="001546D1">
            <w:pPr>
              <w:pStyle w:val="Heading1"/>
            </w:pPr>
            <w:r w:rsidRPr="001546D1">
              <w:t>Exercises</w:t>
            </w:r>
          </w:p>
        </w:tc>
        <w:tc>
          <w:tcPr>
            <w:tcW w:w="266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F008E3" w14:textId="77777777" w:rsidR="00E936D8" w:rsidRPr="001546D1" w:rsidRDefault="00094951" w:rsidP="001546D1">
            <w:pPr>
              <w:pStyle w:val="Heading1"/>
            </w:pPr>
            <w:r w:rsidRPr="001546D1">
              <w:t>Precautions</w:t>
            </w:r>
          </w:p>
        </w:tc>
        <w:tc>
          <w:tcPr>
            <w:tcW w:w="2664" w:type="dxa"/>
            <w:shd w:val="clear" w:color="auto" w:fill="D9E1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91B73E" w14:textId="77777777" w:rsidR="00E936D8" w:rsidRPr="001546D1" w:rsidRDefault="00094951" w:rsidP="001546D1">
            <w:pPr>
              <w:pStyle w:val="Heading1"/>
            </w:pPr>
            <w:r w:rsidRPr="001546D1">
              <w:t>Exit criteria</w:t>
            </w:r>
          </w:p>
        </w:tc>
      </w:tr>
      <w:tr w:rsidR="00E936D8" w:rsidRPr="00BC203C" w14:paraId="2252125F" w14:textId="77777777">
        <w:trPr>
          <w:cantSplit/>
          <w:jc w:val="center"/>
        </w:trPr>
        <w:tc>
          <w:tcPr>
            <w:tcW w:w="10370" w:type="dxa"/>
            <w:gridSpan w:val="5"/>
            <w:shd w:val="clear" w:color="auto" w:fill="EDEDED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B99B219" w14:textId="77777777" w:rsidR="00E936D8" w:rsidRPr="001546D1" w:rsidRDefault="00094951" w:rsidP="001546D1">
            <w:pPr>
              <w:pStyle w:val="Heading1"/>
            </w:pPr>
            <w:r w:rsidRPr="001546D1">
              <w:t>Phase 6</w:t>
            </w:r>
          </w:p>
        </w:tc>
      </w:tr>
      <w:tr w:rsidR="00E936D8" w:rsidRPr="00BC203C" w14:paraId="0556458A" w14:textId="77777777">
        <w:trPr>
          <w:cantSplit/>
          <w:jc w:val="center"/>
        </w:trPr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1977D36" w14:textId="77777777" w:rsidR="00E936D8" w:rsidRPr="00BC203C" w:rsidRDefault="00094951" w:rsidP="001546D1">
            <w:r w:rsidRPr="00BC203C">
              <w:t>Week 13 to 16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F7137E3" w14:textId="77777777" w:rsidR="00E936D8" w:rsidRDefault="00094951" w:rsidP="001546D1">
            <w:r w:rsidRPr="00BC203C">
              <w:t xml:space="preserve">Continue training </w:t>
            </w:r>
            <w:r w:rsidR="00791E8B">
              <w:t>on gravel/road bike</w:t>
            </w:r>
          </w:p>
          <w:p w14:paraId="4D25476F" w14:textId="77777777" w:rsidR="00D679B2" w:rsidRDefault="00D679B2" w:rsidP="001546D1"/>
          <w:p w14:paraId="6BAB4B05" w14:textId="38C6418B" w:rsidR="00D679B2" w:rsidRPr="00BC203C" w:rsidRDefault="00D679B2" w:rsidP="001546D1">
            <w:r>
              <w:t xml:space="preserve">Return to </w:t>
            </w:r>
            <w:r>
              <w:t xml:space="preserve">regular training </w:t>
            </w:r>
            <w:r>
              <w:t>structure</w:t>
            </w:r>
            <w:r>
              <w:t xml:space="preserve"> under coach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C903532" w14:textId="7122FFDA" w:rsidR="00791E8B" w:rsidRDefault="00791E8B" w:rsidP="001546D1">
            <w:r>
              <w:t>Progress toward full cycling training volume</w:t>
            </w:r>
            <w:r w:rsidR="00D679B2">
              <w:t>;</w:t>
            </w:r>
          </w:p>
          <w:p w14:paraId="18E17A95" w14:textId="28CF7602" w:rsidR="00791E8B" w:rsidRDefault="00791E8B" w:rsidP="001546D1">
            <w:r>
              <w:t>15 hrs/wk</w:t>
            </w:r>
            <w:r w:rsidR="00D679B2">
              <w:t xml:space="preserve"> on bike</w:t>
            </w:r>
          </w:p>
          <w:p w14:paraId="37C71712" w14:textId="77777777" w:rsidR="00791E8B" w:rsidRDefault="00791E8B" w:rsidP="001546D1"/>
          <w:p w14:paraId="2569E6D2" w14:textId="6619D69B" w:rsidR="00E936D8" w:rsidRDefault="00094951" w:rsidP="001546D1">
            <w:r w:rsidRPr="00BC203C">
              <w:t>On bike (5</w:t>
            </w:r>
            <w:r w:rsidR="00D679B2">
              <w:t>-7</w:t>
            </w:r>
            <w:r w:rsidRPr="00BC203C">
              <w:t xml:space="preserve"> days/week):</w:t>
            </w:r>
          </w:p>
          <w:p w14:paraId="3E555588" w14:textId="78EDEF6E" w:rsidR="00D679B2" w:rsidRDefault="00D679B2" w:rsidP="001546D1">
            <w:r>
              <w:t>Progress 2-3 hrs/day</w:t>
            </w:r>
          </w:p>
          <w:p w14:paraId="420A74DD" w14:textId="75875B14" w:rsidR="00D679B2" w:rsidRDefault="00D679B2" w:rsidP="001546D1">
            <w:r>
              <w:t>Mix trainer &amp; outside</w:t>
            </w:r>
          </w:p>
          <w:p w14:paraId="6E8EF164" w14:textId="64BE13B6" w:rsidR="00D679B2" w:rsidRDefault="00D679B2" w:rsidP="001546D1">
            <w:r>
              <w:t>Progress to 2/day 90+ min</w:t>
            </w:r>
          </w:p>
          <w:p w14:paraId="0A885550" w14:textId="77777777" w:rsidR="00D679B2" w:rsidRPr="00BC203C" w:rsidRDefault="00D679B2" w:rsidP="001546D1"/>
          <w:p w14:paraId="3237DE1E" w14:textId="2B63892A" w:rsidR="00E936D8" w:rsidRDefault="00094951" w:rsidP="001546D1">
            <w:r w:rsidRPr="00BC203C">
              <w:t>Initially work on volume</w:t>
            </w:r>
            <w:r w:rsidR="00D679B2">
              <w:t>. Add intensity with shorter intervals &amp; longer rests (e.g. 1:1 or 1:2 work:rest)</w:t>
            </w:r>
          </w:p>
          <w:p w14:paraId="11731F43" w14:textId="2B3D9C08" w:rsidR="00D679B2" w:rsidRDefault="00D679B2" w:rsidP="001546D1">
            <w:r>
              <w:t>Up to 3x 5 min Zone 5</w:t>
            </w:r>
          </w:p>
          <w:p w14:paraId="246447DE" w14:textId="77777777" w:rsidR="00D679B2" w:rsidRPr="00BC203C" w:rsidRDefault="00D679B2" w:rsidP="001546D1"/>
          <w:p w14:paraId="2450ED5B" w14:textId="77777777" w:rsidR="00E936D8" w:rsidRPr="00BC203C" w:rsidRDefault="00094951" w:rsidP="001546D1">
            <w:r w:rsidRPr="00BC203C">
              <w:t>Stretches:</w:t>
            </w:r>
          </w:p>
          <w:p w14:paraId="4FAE8856" w14:textId="48DB0D39" w:rsidR="00E936D8" w:rsidRPr="00BC203C" w:rsidRDefault="00094951" w:rsidP="001546D1">
            <w:r w:rsidRPr="00BC203C">
              <w:t>Specific to the needs of the athlete</w:t>
            </w:r>
            <w:r w:rsidR="00D679B2">
              <w:t>, prescribed by S&amp;C</w:t>
            </w:r>
          </w:p>
          <w:p w14:paraId="75B121A2" w14:textId="77777777" w:rsidR="00E936D8" w:rsidRPr="00BC203C" w:rsidRDefault="00E936D8" w:rsidP="001546D1"/>
          <w:p w14:paraId="27642E40" w14:textId="77777777" w:rsidR="00E936D8" w:rsidRDefault="00094951" w:rsidP="001546D1">
            <w:r w:rsidRPr="00BC203C">
              <w:t>Light strength (3 days/week):</w:t>
            </w:r>
          </w:p>
          <w:p w14:paraId="75A3174D" w14:textId="0D280091" w:rsidR="00D679B2" w:rsidRPr="00BC203C" w:rsidRDefault="00D679B2" w:rsidP="001546D1">
            <w:r>
              <w:t>Re-introduce valsalva, practice isometric under heavier loads</w:t>
            </w:r>
          </w:p>
          <w:p w14:paraId="494F2464" w14:textId="77777777" w:rsidR="00E936D8" w:rsidRPr="00BC203C" w:rsidRDefault="00094951" w:rsidP="001546D1">
            <w:r w:rsidRPr="00BC203C">
              <w:t>Barbell squats</w:t>
            </w:r>
          </w:p>
          <w:p w14:paraId="7C33F3AE" w14:textId="77777777" w:rsidR="00E936D8" w:rsidRPr="00BC203C" w:rsidRDefault="00094951" w:rsidP="001546D1">
            <w:r w:rsidRPr="00BC203C">
              <w:t>Barbell step-up</w:t>
            </w:r>
          </w:p>
          <w:p w14:paraId="701854DE" w14:textId="77777777" w:rsidR="00E936D8" w:rsidRPr="00BC203C" w:rsidRDefault="00094951" w:rsidP="001546D1">
            <w:r w:rsidRPr="00BC203C">
              <w:t>Push-ups from floor</w:t>
            </w:r>
          </w:p>
          <w:p w14:paraId="707CAFD2" w14:textId="77777777" w:rsidR="00E936D8" w:rsidRPr="00BC203C" w:rsidRDefault="00094951" w:rsidP="001546D1">
            <w:r w:rsidRPr="00BC203C">
              <w:t>Core exercises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A721022" w14:textId="3079853E" w:rsidR="00E936D8" w:rsidRPr="00BC203C" w:rsidRDefault="00094951" w:rsidP="001546D1">
            <w:r w:rsidRPr="00BC203C">
              <w:t xml:space="preserve">May begin training in the drops </w:t>
            </w:r>
            <w:r w:rsidR="00D679B2">
              <w:t>or TT bars on trainer</w:t>
            </w:r>
          </w:p>
          <w:p w14:paraId="04E1EA82" w14:textId="64767C21" w:rsidR="00E936D8" w:rsidRPr="00BC203C" w:rsidRDefault="00094951" w:rsidP="001546D1">
            <w:r w:rsidRPr="00BC203C">
              <w:t xml:space="preserve">Valsalva </w:t>
            </w:r>
            <w:r w:rsidR="00D679B2">
              <w:t xml:space="preserve">now </w:t>
            </w:r>
            <w:r w:rsidRPr="00BC203C">
              <w:t>permitted</w:t>
            </w:r>
          </w:p>
          <w:p w14:paraId="69EE1DF8" w14:textId="56E92784" w:rsidR="00E936D8" w:rsidRPr="00BC203C" w:rsidRDefault="00B67529" w:rsidP="001546D1">
            <w:r>
              <w:t>Monitor symptoms</w:t>
            </w:r>
          </w:p>
        </w:tc>
        <w:tc>
          <w:tcPr>
            <w:tcW w:w="207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882F7B8" w14:textId="77777777" w:rsidR="00E936D8" w:rsidRDefault="00D679B2" w:rsidP="001546D1">
            <w:r>
              <w:t>Able to tolerate near-full training load with no symptoms accumulation</w:t>
            </w:r>
          </w:p>
          <w:p w14:paraId="6F009B64" w14:textId="21DA3241" w:rsidR="00B67529" w:rsidRPr="00BC203C" w:rsidRDefault="00B67529" w:rsidP="001546D1">
            <w:r>
              <w:t>Adequate energy balance</w:t>
            </w:r>
          </w:p>
        </w:tc>
      </w:tr>
    </w:tbl>
    <w:p w14:paraId="59B67C7F" w14:textId="77777777" w:rsidR="00094951" w:rsidRDefault="00094951"/>
    <w:sectPr w:rsidR="00094951" w:rsidSect="00BC203C">
      <w:headerReference w:type="default" r:id="rId8"/>
      <w:footerReference w:type="default" r:id="rId9"/>
      <w:pgSz w:w="15840" w:h="12240" w:orient="landscape"/>
      <w:pgMar w:top="936" w:right="792" w:bottom="936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35C0" w14:textId="77777777" w:rsidR="00094951" w:rsidRDefault="00094951" w:rsidP="001546D1">
      <w:pPr>
        <w:spacing w:after="0" w:line="240" w:lineRule="auto"/>
      </w:pPr>
      <w:r>
        <w:separator/>
      </w:r>
    </w:p>
  </w:endnote>
  <w:endnote w:type="continuationSeparator" w:id="0">
    <w:p w14:paraId="453A0A91" w14:textId="77777777" w:rsidR="00094951" w:rsidRDefault="00094951" w:rsidP="0015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6435870"/>
      <w:docPartObj>
        <w:docPartGallery w:val="Page Numbers (Bottom of Page)"/>
        <w:docPartUnique/>
      </w:docPartObj>
    </w:sdtPr>
    <w:sdtContent>
      <w:p w14:paraId="7F21D902" w14:textId="74885CF5" w:rsidR="001546D1" w:rsidRDefault="001546D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A6E4EE" w14:textId="77777777" w:rsidR="001546D1" w:rsidRDefault="001546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689D3" w14:textId="77777777" w:rsidR="00094951" w:rsidRDefault="00094951" w:rsidP="001546D1">
      <w:pPr>
        <w:spacing w:after="0" w:line="240" w:lineRule="auto"/>
      </w:pPr>
      <w:r>
        <w:separator/>
      </w:r>
    </w:p>
  </w:footnote>
  <w:footnote w:type="continuationSeparator" w:id="0">
    <w:p w14:paraId="3A2CB82E" w14:textId="77777777" w:rsidR="00094951" w:rsidRDefault="00094951" w:rsidP="00154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F82" w14:textId="53C34AE8" w:rsidR="001546D1" w:rsidRDefault="001546D1">
    <w:pPr>
      <w:pStyle w:val="Header"/>
    </w:pPr>
    <w:r>
      <w:ptab w:relativeTo="margin" w:alignment="center" w:leader="none"/>
    </w:r>
    <w:r w:rsidRPr="001546D1">
      <w:rPr>
        <w:b/>
        <w:sz w:val="26"/>
      </w:rPr>
      <w:t xml:space="preserve"> </w:t>
    </w:r>
    <w:r w:rsidRPr="00BC203C">
      <w:rPr>
        <w:b/>
        <w:sz w:val="26"/>
      </w:rPr>
      <w:t>Post-op Iliac Angioplasty Return to Sport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0223137">
    <w:abstractNumId w:val="8"/>
  </w:num>
  <w:num w:numId="2" w16cid:durableId="1010136218">
    <w:abstractNumId w:val="6"/>
  </w:num>
  <w:num w:numId="3" w16cid:durableId="1105422527">
    <w:abstractNumId w:val="5"/>
  </w:num>
  <w:num w:numId="4" w16cid:durableId="625425992">
    <w:abstractNumId w:val="4"/>
  </w:num>
  <w:num w:numId="5" w16cid:durableId="539318101">
    <w:abstractNumId w:val="7"/>
  </w:num>
  <w:num w:numId="6" w16cid:durableId="1000542587">
    <w:abstractNumId w:val="3"/>
  </w:num>
  <w:num w:numId="7" w16cid:durableId="1790902976">
    <w:abstractNumId w:val="2"/>
  </w:num>
  <w:num w:numId="8" w16cid:durableId="1833982447">
    <w:abstractNumId w:val="1"/>
  </w:num>
  <w:num w:numId="9" w16cid:durableId="53839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1BA"/>
    <w:rsid w:val="00094951"/>
    <w:rsid w:val="000A27F6"/>
    <w:rsid w:val="0015074B"/>
    <w:rsid w:val="001546D1"/>
    <w:rsid w:val="00246030"/>
    <w:rsid w:val="0029639D"/>
    <w:rsid w:val="00326F90"/>
    <w:rsid w:val="006F2AB9"/>
    <w:rsid w:val="00791E8B"/>
    <w:rsid w:val="009422E6"/>
    <w:rsid w:val="00AA1D8D"/>
    <w:rsid w:val="00B47730"/>
    <w:rsid w:val="00B67529"/>
    <w:rsid w:val="00BC203C"/>
    <w:rsid w:val="00CB0664"/>
    <w:rsid w:val="00D11F89"/>
    <w:rsid w:val="00D24CA3"/>
    <w:rsid w:val="00D679B2"/>
    <w:rsid w:val="00E936D8"/>
    <w:rsid w:val="00EA5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820E04"/>
  <w14:defaultImageDpi w14:val="300"/>
  <w15:docId w15:val="{F4B337CD-12F4-4A14-9CD1-C0EB7467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529"/>
    <w:rPr>
      <w:rFonts w:ascii="Arial" w:hAnsi="Arial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6D1"/>
    <w:pPr>
      <w:keepNext/>
      <w:keepLines/>
      <w:spacing w:after="0" w:line="240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546D1"/>
    <w:rPr>
      <w:rFonts w:ascii="Arial" w:eastAsiaTheme="majorEastAsia" w:hAnsi="Arial" w:cstheme="majorBidi"/>
      <w:b/>
      <w:bCs/>
      <w:sz w:val="26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Jem Arnold</cp:lastModifiedBy>
  <cp:revision>6</cp:revision>
  <dcterms:created xsi:type="dcterms:W3CDTF">2026-08-28T00:50:00Z</dcterms:created>
  <dcterms:modified xsi:type="dcterms:W3CDTF">2026-08-28T01:18:00Z</dcterms:modified>
  <cp:category/>
</cp:coreProperties>
</file>